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EEAF9" w14:textId="460100AA" w:rsidR="003C7C92" w:rsidRDefault="003D4FFE">
      <w:pPr>
        <w:spacing w:after="40"/>
      </w:pPr>
      <w:r>
        <w:rPr>
          <w:b/>
          <w:color w:val="2E74B5"/>
        </w:rPr>
        <w:t>SCIENCE</w:t>
      </w:r>
      <w:r w:rsidR="0043473A">
        <w:rPr>
          <w:b/>
          <w:color w:val="2E74B5"/>
        </w:rPr>
        <w:t xml:space="preserve"> SAFETY COMMITTEE</w:t>
      </w:r>
    </w:p>
    <w:p w14:paraId="6FA941DF" w14:textId="3290C891" w:rsidR="003C7C92" w:rsidRDefault="0043473A">
      <w:pPr>
        <w:spacing w:after="140"/>
      </w:pPr>
      <w:r>
        <w:rPr>
          <w:b/>
          <w:color w:val="17365D"/>
          <w:sz w:val="48"/>
        </w:rPr>
        <w:t>2026 Q</w:t>
      </w:r>
      <w:r w:rsidR="003D4FFE">
        <w:rPr>
          <w:b/>
          <w:color w:val="17365D"/>
          <w:sz w:val="48"/>
        </w:rPr>
        <w:t>2</w:t>
      </w:r>
      <w:r>
        <w:rPr>
          <w:b/>
          <w:color w:val="17365D"/>
          <w:sz w:val="48"/>
        </w:rPr>
        <w:t xml:space="preserve"> Meeting Agenda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80"/>
        <w:gridCol w:w="3672"/>
        <w:gridCol w:w="936"/>
        <w:gridCol w:w="4104"/>
      </w:tblGrid>
      <w:tr w:rsidR="003C7C92" w14:paraId="5AD36CA4" w14:textId="77777777" w:rsidTr="0043473A">
        <w:tc>
          <w:tcPr>
            <w:tcW w:w="1080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4B510C09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Date:</w:t>
            </w:r>
          </w:p>
        </w:tc>
        <w:tc>
          <w:tcPr>
            <w:tcW w:w="3672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F479134" w14:textId="342A8A08" w:rsidR="003C7C92" w:rsidRDefault="007C2B5E">
            <w:pPr>
              <w:spacing w:after="0"/>
            </w:pPr>
            <w:r>
              <w:rPr>
                <w:i/>
                <w:color w:val="666666"/>
                <w:sz w:val="19"/>
              </w:rPr>
              <w:t>09-</w:t>
            </w:r>
            <w:r w:rsidR="003D4FFE">
              <w:rPr>
                <w:i/>
                <w:color w:val="666666"/>
                <w:sz w:val="19"/>
              </w:rPr>
              <w:t>21</w:t>
            </w:r>
            <w:r>
              <w:rPr>
                <w:i/>
                <w:color w:val="666666"/>
                <w:sz w:val="19"/>
              </w:rPr>
              <w:t>-2026</w:t>
            </w:r>
          </w:p>
        </w:tc>
        <w:tc>
          <w:tcPr>
            <w:tcW w:w="936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79A7338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Time:</w:t>
            </w:r>
          </w:p>
        </w:tc>
        <w:tc>
          <w:tcPr>
            <w:tcW w:w="4104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B432AF1" w14:textId="13CF4324" w:rsidR="003C7C92" w:rsidRDefault="003D4FFE">
            <w:pPr>
              <w:spacing w:after="0"/>
            </w:pPr>
            <w:r>
              <w:rPr>
                <w:i/>
                <w:color w:val="666666"/>
                <w:sz w:val="19"/>
              </w:rPr>
              <w:t>9</w:t>
            </w:r>
            <w:r w:rsidR="0043473A">
              <w:rPr>
                <w:i/>
                <w:color w:val="666666"/>
                <w:sz w:val="19"/>
              </w:rPr>
              <w:t xml:space="preserve">:00 </w:t>
            </w:r>
            <w:r>
              <w:rPr>
                <w:i/>
                <w:color w:val="666666"/>
                <w:sz w:val="19"/>
              </w:rPr>
              <w:t>A</w:t>
            </w:r>
            <w:r w:rsidR="0043473A">
              <w:rPr>
                <w:i/>
                <w:color w:val="666666"/>
                <w:sz w:val="19"/>
              </w:rPr>
              <w:t>M</w:t>
            </w:r>
          </w:p>
        </w:tc>
      </w:tr>
      <w:tr w:rsidR="003C7C92" w14:paraId="4B6E0134" w14:textId="77777777" w:rsidTr="0043473A">
        <w:tc>
          <w:tcPr>
            <w:tcW w:w="1080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BFBAA9D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Location:</w:t>
            </w:r>
          </w:p>
        </w:tc>
        <w:tc>
          <w:tcPr>
            <w:tcW w:w="3672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00CD3D7A" w14:textId="3299B60B" w:rsidR="003C7C92" w:rsidRDefault="003D4FFE">
            <w:pPr>
              <w:spacing w:after="0"/>
            </w:pPr>
            <w:r>
              <w:rPr>
                <w:i/>
                <w:color w:val="666666"/>
                <w:sz w:val="19"/>
              </w:rPr>
              <w:t>BIO 104</w:t>
            </w:r>
          </w:p>
        </w:tc>
        <w:tc>
          <w:tcPr>
            <w:tcW w:w="936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5CBC2F49" w14:textId="77777777" w:rsidR="003C7C92" w:rsidRDefault="00000000">
            <w:pPr>
              <w:spacing w:after="0"/>
            </w:pPr>
            <w:r>
              <w:rPr>
                <w:b/>
                <w:color w:val="17365D"/>
                <w:sz w:val="19"/>
              </w:rPr>
              <w:t>Chair:</w:t>
            </w:r>
          </w:p>
        </w:tc>
        <w:tc>
          <w:tcPr>
            <w:tcW w:w="4104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3A6EE5AD" w14:textId="374C21F0" w:rsidR="003C7C92" w:rsidRDefault="0043473A">
            <w:pPr>
              <w:spacing w:after="0"/>
            </w:pPr>
            <w:r>
              <w:rPr>
                <w:i/>
                <w:color w:val="666666"/>
                <w:sz w:val="19"/>
              </w:rPr>
              <w:t>MICHAEL DESALVIO</w:t>
            </w:r>
          </w:p>
        </w:tc>
      </w:tr>
    </w:tbl>
    <w:p w14:paraId="30477E2D" w14:textId="515D5D25" w:rsidR="003C7C92" w:rsidRDefault="003C7C92">
      <w:pPr>
        <w:spacing w:after="140"/>
      </w:pPr>
    </w:p>
    <w:tbl>
      <w:tblPr>
        <w:tblW w:w="10620" w:type="dxa"/>
        <w:tblBorders>
          <w:top w:val="single" w:sz="6" w:space="0" w:color="B7C9DA"/>
          <w:left w:val="single" w:sz="6" w:space="0" w:color="B7C9DA"/>
          <w:bottom w:val="single" w:sz="6" w:space="0" w:color="B7C9DA"/>
          <w:right w:val="single" w:sz="6" w:space="0" w:color="B7C9DA"/>
          <w:insideH w:val="single" w:sz="6" w:space="0" w:color="B7C9DA"/>
          <w:insideV w:val="single" w:sz="6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3535"/>
        <w:gridCol w:w="6480"/>
      </w:tblGrid>
      <w:tr w:rsidR="003C7C92" w14:paraId="608A8C0C" w14:textId="77777777" w:rsidTr="007B1983">
        <w:trPr>
          <w:tblHeader/>
        </w:trPr>
        <w:tc>
          <w:tcPr>
            <w:tcW w:w="605" w:type="dxa"/>
            <w:shd w:val="clear" w:color="auto" w:fill="17365D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1C05BCA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3535" w:type="dxa"/>
            <w:shd w:val="clear" w:color="auto" w:fill="17365D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B8E2D40" w14:textId="77777777" w:rsidR="003C7C9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AGENDA ITEM</w:t>
            </w:r>
          </w:p>
        </w:tc>
        <w:tc>
          <w:tcPr>
            <w:tcW w:w="6480" w:type="dxa"/>
            <w:shd w:val="clear" w:color="auto" w:fill="17365D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86AB40F" w14:textId="77777777" w:rsidR="003C7C9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NOTES / DECISIONS / ACTIONS</w:t>
            </w:r>
          </w:p>
        </w:tc>
      </w:tr>
      <w:tr w:rsidR="003C7C92" w14:paraId="01D319CF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2B9814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60A70" w14:textId="77777777" w:rsidR="003C7C92" w:rsidRDefault="00000000">
            <w:pPr>
              <w:spacing w:after="0"/>
            </w:pPr>
            <w:r>
              <w:rPr>
                <w:b/>
                <w:color w:val="000000"/>
                <w:sz w:val="19"/>
              </w:rPr>
              <w:t>Call to Order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7B35FE" w14:textId="7EBEC961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 </w:t>
            </w:r>
            <w:r w:rsidR="0043473A">
              <w:rPr>
                <w:color w:val="000000"/>
                <w:sz w:val="19"/>
              </w:rPr>
              <w:t>Time:</w:t>
            </w:r>
            <w:r w:rsidR="00930DF2">
              <w:rPr>
                <w:color w:val="000000"/>
                <w:sz w:val="19"/>
              </w:rPr>
              <w:t xml:space="preserve"> </w:t>
            </w:r>
          </w:p>
        </w:tc>
      </w:tr>
      <w:tr w:rsidR="003C7C92" w14:paraId="46834E6F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91C715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2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8F42E7" w14:textId="77777777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Roll Call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067355" w14:textId="306E0A68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 </w:t>
            </w:r>
            <w:r w:rsidR="0043473A">
              <w:rPr>
                <w:color w:val="000000"/>
                <w:sz w:val="19"/>
              </w:rPr>
              <w:t>Quorum Established:</w:t>
            </w:r>
          </w:p>
        </w:tc>
      </w:tr>
      <w:tr w:rsidR="003C7C92" w14:paraId="171D3AA5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64C7E6" w14:textId="7777777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3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5598A5" w14:textId="5EC7CBC6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Approval of Minutes — </w:t>
            </w:r>
            <w:r w:rsidR="003D4FFE">
              <w:rPr>
                <w:b/>
                <w:bCs/>
                <w:color w:val="000000"/>
                <w:sz w:val="19"/>
              </w:rPr>
              <w:t>March 25</w:t>
            </w:r>
            <w:r w:rsidR="00273914" w:rsidRPr="000306E2">
              <w:rPr>
                <w:b/>
                <w:bCs/>
                <w:color w:val="000000"/>
                <w:sz w:val="19"/>
              </w:rPr>
              <w:t>, 2026</w:t>
            </w:r>
          </w:p>
        </w:tc>
        <w:tc>
          <w:tcPr>
            <w:tcW w:w="6480" w:type="dxa"/>
            <w:shd w:val="clear" w:color="auto" w:fill="F4F7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31D45" w14:textId="225978B2" w:rsidR="003C7C92" w:rsidRDefault="0043473A">
            <w:pPr>
              <w:spacing w:after="0"/>
              <w:rPr>
                <w:color w:val="000000"/>
                <w:sz w:val="19"/>
              </w:rPr>
            </w:pPr>
            <w:r w:rsidRPr="007B1983">
              <w:rPr>
                <w:b/>
                <w:bCs/>
                <w:color w:val="000000"/>
                <w:sz w:val="19"/>
              </w:rPr>
              <w:t>Motion</w:t>
            </w:r>
            <w:r>
              <w:rPr>
                <w:color w:val="000000"/>
                <w:sz w:val="19"/>
              </w:rPr>
              <w:t>:</w:t>
            </w:r>
            <w:r w:rsidR="00930DF2">
              <w:rPr>
                <w:color w:val="000000"/>
                <w:sz w:val="19"/>
              </w:rPr>
              <w:t xml:space="preserve"> </w:t>
            </w:r>
          </w:p>
          <w:p w14:paraId="62A934E1" w14:textId="5D780686" w:rsidR="0043473A" w:rsidRDefault="0043473A">
            <w:pPr>
              <w:spacing w:after="0"/>
              <w:rPr>
                <w:color w:val="000000"/>
                <w:sz w:val="19"/>
              </w:rPr>
            </w:pPr>
            <w:r w:rsidRPr="007B1983">
              <w:rPr>
                <w:b/>
                <w:bCs/>
                <w:color w:val="000000"/>
                <w:sz w:val="19"/>
              </w:rPr>
              <w:t>Second</w:t>
            </w:r>
            <w:r>
              <w:rPr>
                <w:color w:val="000000"/>
                <w:sz w:val="19"/>
              </w:rPr>
              <w:t>:</w:t>
            </w:r>
            <w:r w:rsidR="00930DF2">
              <w:rPr>
                <w:color w:val="000000"/>
                <w:sz w:val="19"/>
              </w:rPr>
              <w:t xml:space="preserve"> </w:t>
            </w:r>
          </w:p>
          <w:p w14:paraId="15CDE6D5" w14:textId="609F35EB" w:rsidR="0043473A" w:rsidRDefault="0043473A">
            <w:pPr>
              <w:spacing w:after="0"/>
            </w:pPr>
            <w:r w:rsidRPr="007B1983">
              <w:rPr>
                <w:b/>
                <w:bCs/>
                <w:color w:val="000000"/>
                <w:sz w:val="19"/>
              </w:rPr>
              <w:t>Vote</w:t>
            </w:r>
            <w:r>
              <w:rPr>
                <w:color w:val="000000"/>
                <w:sz w:val="19"/>
              </w:rPr>
              <w:t>:</w:t>
            </w:r>
            <w:r w:rsidR="00930DF2">
              <w:rPr>
                <w:color w:val="000000"/>
                <w:sz w:val="19"/>
              </w:rPr>
              <w:t xml:space="preserve"> </w:t>
            </w:r>
          </w:p>
        </w:tc>
      </w:tr>
      <w:tr w:rsidR="003C7C92" w14:paraId="06DB8FB5" w14:textId="77777777" w:rsidTr="007B1983">
        <w:tc>
          <w:tcPr>
            <w:tcW w:w="10620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5F876F" w14:textId="5B055015" w:rsidR="003C7C92" w:rsidRDefault="00000000">
            <w:pPr>
              <w:spacing w:after="0"/>
            </w:pPr>
            <w:r>
              <w:rPr>
                <w:b/>
                <w:color w:val="17365D"/>
                <w:sz w:val="18"/>
              </w:rPr>
              <w:t>OLD BUSINESS</w:t>
            </w:r>
            <w:r w:rsidR="00652FA6">
              <w:rPr>
                <w:b/>
                <w:color w:val="17365D"/>
                <w:sz w:val="18"/>
              </w:rPr>
              <w:t xml:space="preserve"> </w:t>
            </w:r>
            <w:r w:rsidR="00652FA6" w:rsidRPr="00652FA6">
              <w:rPr>
                <w:bCs/>
                <w:color w:val="17365D"/>
                <w:sz w:val="18"/>
              </w:rPr>
              <w:t>(10 minutes)</w:t>
            </w:r>
          </w:p>
        </w:tc>
      </w:tr>
      <w:tr w:rsidR="00322B18" w14:paraId="7A65950A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63C2EE" w14:textId="53A9843A" w:rsidR="00322B18" w:rsidRDefault="00DC1924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4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39ED5E" w14:textId="6386A405" w:rsidR="00322B18" w:rsidRDefault="00D07866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First Aid Kits and AED’s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3FEDF" w14:textId="36CB3C4D" w:rsidR="00DC1924" w:rsidRPr="00652FA6" w:rsidRDefault="00DC1924" w:rsidP="00652FA6">
            <w:pPr>
              <w:spacing w:after="0"/>
              <w:rPr>
                <w:sz w:val="19"/>
              </w:rPr>
            </w:pPr>
          </w:p>
        </w:tc>
      </w:tr>
      <w:tr w:rsidR="003C7C92" w14:paraId="6ACF760D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24D930" w14:textId="75DDAFE5" w:rsidR="003C7C92" w:rsidRDefault="00DC1924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5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CD664" w14:textId="6CB1EB29" w:rsidR="003C7C92" w:rsidRDefault="00D07866">
            <w:pPr>
              <w:spacing w:after="0"/>
            </w:pPr>
            <w:r>
              <w:t>Chemical Inventory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A96689" w14:textId="022E876E" w:rsidR="00A03072" w:rsidRDefault="00A03072" w:rsidP="00652FA6">
            <w:pPr>
              <w:spacing w:after="0"/>
            </w:pPr>
          </w:p>
        </w:tc>
      </w:tr>
      <w:tr w:rsidR="003C7C92" w14:paraId="651E8ACA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F0BA39" w14:textId="435DD8DC" w:rsidR="003C7C92" w:rsidRDefault="00DC1924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6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24ECF5" w14:textId="3D38A9D8" w:rsidR="003C7C92" w:rsidRDefault="00D07866">
            <w:pPr>
              <w:spacing w:after="0"/>
            </w:pPr>
            <w:r>
              <w:rPr>
                <w:color w:val="000000"/>
                <w:sz w:val="19"/>
              </w:rPr>
              <w:t>Chemical Purchases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A33B15" w14:textId="4E0E2981" w:rsidR="00A03072" w:rsidRDefault="00A03072" w:rsidP="00652FA6">
            <w:pPr>
              <w:spacing w:after="0"/>
            </w:pPr>
          </w:p>
        </w:tc>
      </w:tr>
      <w:tr w:rsidR="003C7C92" w14:paraId="011CC827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F5261" w14:textId="1E8B1D8A" w:rsidR="003C7C92" w:rsidRDefault="00DC1924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7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C83BC3" w14:textId="66D6C486" w:rsidR="003C7C92" w:rsidRDefault="00D07866">
            <w:pPr>
              <w:spacing w:after="0"/>
            </w:pPr>
            <w:r>
              <w:rPr>
                <w:color w:val="000000"/>
                <w:sz w:val="19"/>
              </w:rPr>
              <w:t>Fume Hoods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99097" w14:textId="3D08BB3F" w:rsidR="007C2B5E" w:rsidRDefault="007C2B5E" w:rsidP="00652FA6">
            <w:pPr>
              <w:spacing w:after="0"/>
            </w:pPr>
          </w:p>
        </w:tc>
      </w:tr>
      <w:tr w:rsidR="003C7C92" w14:paraId="72A7DD66" w14:textId="77777777" w:rsidTr="007B1983">
        <w:tc>
          <w:tcPr>
            <w:tcW w:w="10620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5ABA3F" w14:textId="59F2FAA6" w:rsidR="003C7C92" w:rsidRDefault="00000000">
            <w:pPr>
              <w:spacing w:after="0"/>
            </w:pPr>
            <w:r>
              <w:rPr>
                <w:b/>
                <w:color w:val="17365D"/>
                <w:sz w:val="18"/>
              </w:rPr>
              <w:t>NEW BUSINESS</w:t>
            </w:r>
            <w:r w:rsidR="00652FA6">
              <w:rPr>
                <w:b/>
                <w:color w:val="17365D"/>
                <w:sz w:val="18"/>
              </w:rPr>
              <w:t xml:space="preserve"> </w:t>
            </w:r>
            <w:r w:rsidR="00652FA6" w:rsidRPr="00652FA6">
              <w:rPr>
                <w:bCs/>
                <w:color w:val="17365D"/>
                <w:sz w:val="18"/>
              </w:rPr>
              <w:t>(30 minutes)</w:t>
            </w:r>
          </w:p>
        </w:tc>
      </w:tr>
      <w:tr w:rsidR="0085266E" w14:paraId="2441EEE5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CDC179" w14:textId="59F8ECC8" w:rsidR="0085266E" w:rsidRDefault="00DC1924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8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843C8A" w14:textId="58D7856A" w:rsidR="0085266E" w:rsidRDefault="00D07866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Recent Lab Incidents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133E18" w14:textId="5F2628B2" w:rsidR="0085266E" w:rsidRDefault="0085266E" w:rsidP="00D07866">
            <w:pPr>
              <w:spacing w:after="0"/>
            </w:pPr>
          </w:p>
        </w:tc>
      </w:tr>
      <w:tr w:rsidR="00E66AA6" w14:paraId="08766675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0A184" w14:textId="574A647C" w:rsidR="00E66AA6" w:rsidRDefault="00DC1924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9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F13113" w14:textId="3483C908" w:rsidR="00E66AA6" w:rsidRDefault="000306E2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Fire and Life Safety Updates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F483F0" w14:textId="2007573C" w:rsidR="000306E2" w:rsidRDefault="000306E2" w:rsidP="00652FA6">
            <w:pPr>
              <w:spacing w:after="0"/>
              <w:ind w:left="420"/>
            </w:pPr>
          </w:p>
        </w:tc>
      </w:tr>
      <w:tr w:rsidR="003C7C92" w14:paraId="535C54E9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E57C14" w14:textId="2D9791FF" w:rsidR="003C7C92" w:rsidRDefault="00DC1924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10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D5E600" w14:textId="4B04603A" w:rsidR="003C7C92" w:rsidRDefault="000306E2">
            <w:pPr>
              <w:spacing w:after="0"/>
            </w:pPr>
            <w:r>
              <w:t>Injury Report Metrics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E58CED" w14:textId="54AA4DB2" w:rsidR="00BB1048" w:rsidRDefault="00BB1048" w:rsidP="00652FA6">
            <w:pPr>
              <w:spacing w:after="0"/>
              <w:ind w:left="420"/>
            </w:pPr>
          </w:p>
        </w:tc>
      </w:tr>
      <w:tr w:rsidR="003C7C92" w14:paraId="556A58AD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324F61" w14:textId="706A9663" w:rsidR="003C7C92" w:rsidRDefault="00E66AA6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  <w:r w:rsidR="00DC1924">
              <w:rPr>
                <w:b/>
                <w:color w:val="2E74B5"/>
                <w:sz w:val="18"/>
              </w:rPr>
              <w:t>1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1C02D2" w14:textId="2DEE0267" w:rsidR="003C7C92" w:rsidRDefault="00D07866">
            <w:pPr>
              <w:spacing w:after="0"/>
            </w:pPr>
            <w:r>
              <w:t>Radiation Safety Program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A5102D" w14:textId="247388A5" w:rsidR="002C684A" w:rsidRDefault="002C684A" w:rsidP="00652FA6">
            <w:pPr>
              <w:spacing w:after="0"/>
              <w:ind w:left="420"/>
            </w:pPr>
          </w:p>
        </w:tc>
      </w:tr>
      <w:tr w:rsidR="007C2B5E" w14:paraId="02D636F1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E4A01" w14:textId="74F740A4" w:rsidR="007C2B5E" w:rsidRDefault="007C2B5E">
            <w:pPr>
              <w:spacing w:after="0"/>
              <w:jc w:val="center"/>
              <w:rPr>
                <w:b/>
                <w:color w:val="2E74B5"/>
                <w:sz w:val="18"/>
              </w:rPr>
            </w:pPr>
            <w:r>
              <w:rPr>
                <w:b/>
                <w:color w:val="2E74B5"/>
                <w:sz w:val="18"/>
              </w:rPr>
              <w:t>1</w:t>
            </w:r>
            <w:r w:rsidR="00DC1924">
              <w:rPr>
                <w:b/>
                <w:color w:val="2E74B5"/>
                <w:sz w:val="18"/>
              </w:rPr>
              <w:t>2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59AA88" w14:textId="148895E4" w:rsidR="007C2B5E" w:rsidRDefault="00D07866">
            <w:pPr>
              <w:spacing w:after="0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Waste Management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FF6A7" w14:textId="7F4DF9C1" w:rsidR="00C9450B" w:rsidRDefault="00C9450B" w:rsidP="00652FA6">
            <w:pPr>
              <w:spacing w:after="0"/>
              <w:ind w:left="420"/>
            </w:pPr>
          </w:p>
        </w:tc>
      </w:tr>
      <w:tr w:rsidR="003C7C92" w14:paraId="6E164851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D8C5E1" w14:textId="2F534C97" w:rsidR="003C7C92" w:rsidRDefault="00000000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  <w:r w:rsidR="00E974F9">
              <w:rPr>
                <w:b/>
                <w:color w:val="2E74B5"/>
                <w:sz w:val="18"/>
              </w:rPr>
              <w:t>3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C2B31" w14:textId="7AF4AD6F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>Open Forum</w:t>
            </w:r>
            <w:r w:rsidR="00652FA6">
              <w:rPr>
                <w:color w:val="000000"/>
                <w:sz w:val="19"/>
              </w:rPr>
              <w:t xml:space="preserve"> (15 minutes)</w:t>
            </w:r>
          </w:p>
        </w:tc>
        <w:tc>
          <w:tcPr>
            <w:tcW w:w="6480" w:type="dxa"/>
            <w:shd w:val="clear" w:color="auto" w:fill="F4F7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81EAB8" w14:textId="573DCF14" w:rsidR="00DA6EA1" w:rsidRDefault="00DA6EA1" w:rsidP="007C2B5E">
            <w:pPr>
              <w:spacing w:after="0"/>
            </w:pPr>
          </w:p>
        </w:tc>
      </w:tr>
      <w:tr w:rsidR="003C7C92" w14:paraId="376B2B6D" w14:textId="77777777" w:rsidTr="007B1983">
        <w:tc>
          <w:tcPr>
            <w:tcW w:w="60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E14375" w14:textId="12904B8B" w:rsidR="003C7C92" w:rsidRDefault="00E66AA6">
            <w:pPr>
              <w:spacing w:after="0"/>
              <w:jc w:val="center"/>
            </w:pPr>
            <w:r>
              <w:rPr>
                <w:b/>
                <w:color w:val="2E74B5"/>
                <w:sz w:val="18"/>
              </w:rPr>
              <w:t>1</w:t>
            </w:r>
            <w:r w:rsidR="00E974F9">
              <w:rPr>
                <w:b/>
                <w:color w:val="2E74B5"/>
                <w:sz w:val="18"/>
              </w:rPr>
              <w:t>4</w:t>
            </w:r>
          </w:p>
        </w:tc>
        <w:tc>
          <w:tcPr>
            <w:tcW w:w="3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5DF68" w14:textId="77777777" w:rsidR="003C7C92" w:rsidRDefault="00000000">
            <w:pPr>
              <w:spacing w:after="0"/>
            </w:pPr>
            <w:r>
              <w:rPr>
                <w:b/>
                <w:color w:val="000000"/>
                <w:sz w:val="19"/>
              </w:rPr>
              <w:t>Adjournment</w:t>
            </w:r>
          </w:p>
        </w:tc>
        <w:tc>
          <w:tcPr>
            <w:tcW w:w="64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874F1" w14:textId="6F710C95" w:rsidR="003C7C92" w:rsidRDefault="00000000">
            <w:pPr>
              <w:spacing w:after="0"/>
            </w:pPr>
            <w:r>
              <w:rPr>
                <w:color w:val="000000"/>
                <w:sz w:val="19"/>
              </w:rPr>
              <w:t xml:space="preserve"> </w:t>
            </w:r>
            <w:r w:rsidR="0043473A">
              <w:rPr>
                <w:color w:val="000000"/>
                <w:sz w:val="19"/>
              </w:rPr>
              <w:t>Time:</w:t>
            </w:r>
          </w:p>
        </w:tc>
      </w:tr>
    </w:tbl>
    <w:p w14:paraId="256DC154" w14:textId="77777777" w:rsidR="003C7C92" w:rsidRDefault="003C7C92">
      <w:pPr>
        <w:spacing w:after="0"/>
      </w:pPr>
    </w:p>
    <w:p w14:paraId="50886F65" w14:textId="3AA35117" w:rsidR="00273914" w:rsidRDefault="00131D9D">
      <w:pPr>
        <w:spacing w:after="0"/>
      </w:pPr>
      <w:r>
        <w:rPr>
          <w:b/>
          <w:bCs/>
        </w:rPr>
        <w:t>Notes</w:t>
      </w:r>
      <w:r w:rsidR="00273914">
        <w:t>:</w:t>
      </w:r>
    </w:p>
    <w:p w14:paraId="01366312" w14:textId="77777777" w:rsidR="00E974F9" w:rsidRDefault="00E974F9">
      <w:pPr>
        <w:spacing w:after="0"/>
      </w:pPr>
    </w:p>
    <w:p w14:paraId="058F4230" w14:textId="77777777" w:rsidR="00A74ECA" w:rsidRDefault="00A74ECA">
      <w:pPr>
        <w:spacing w:after="0"/>
      </w:pPr>
    </w:p>
    <w:p w14:paraId="467071EB" w14:textId="77777777" w:rsidR="00A74ECA" w:rsidRDefault="00A74ECA">
      <w:pPr>
        <w:spacing w:after="0"/>
      </w:pPr>
    </w:p>
    <w:p w14:paraId="3F3F89DC" w14:textId="77777777" w:rsidR="00A74ECA" w:rsidRDefault="00A74ECA">
      <w:pPr>
        <w:spacing w:after="0"/>
      </w:pPr>
    </w:p>
    <w:p w14:paraId="0CDA2B2D" w14:textId="77777777" w:rsidR="00A74ECA" w:rsidRDefault="00A74ECA">
      <w:pPr>
        <w:spacing w:after="0"/>
      </w:pPr>
    </w:p>
    <w:p w14:paraId="31604AF2" w14:textId="77777777" w:rsidR="00E974F9" w:rsidRDefault="00E974F9">
      <w:pPr>
        <w:spacing w:after="0"/>
      </w:pPr>
    </w:p>
    <w:p w14:paraId="5598A739" w14:textId="77777777" w:rsidR="00E974F9" w:rsidRDefault="00E974F9">
      <w:pPr>
        <w:spacing w:after="0"/>
      </w:pPr>
    </w:p>
    <w:p w14:paraId="61777057" w14:textId="77777777" w:rsidR="00D07866" w:rsidRDefault="00000000" w:rsidP="00036EC7">
      <w:pPr>
        <w:spacing w:before="100" w:after="0"/>
        <w:rPr>
          <w:color w:val="002060"/>
          <w:sz w:val="18"/>
        </w:rPr>
      </w:pPr>
      <w:r>
        <w:rPr>
          <w:b/>
          <w:color w:val="17365D"/>
          <w:sz w:val="18"/>
        </w:rPr>
        <w:t xml:space="preserve">Next meeting: </w:t>
      </w:r>
      <w:r w:rsidR="00741672">
        <w:rPr>
          <w:b/>
          <w:color w:val="17365D"/>
          <w:sz w:val="18"/>
        </w:rPr>
        <w:tab/>
      </w:r>
      <w:r w:rsidR="00741672">
        <w:rPr>
          <w:color w:val="002060"/>
          <w:sz w:val="18"/>
        </w:rPr>
        <w:t xml:space="preserve">December </w:t>
      </w:r>
      <w:r w:rsidR="00D07866">
        <w:rPr>
          <w:color w:val="002060"/>
          <w:sz w:val="18"/>
        </w:rPr>
        <w:t>8</w:t>
      </w:r>
      <w:r w:rsidR="00741672">
        <w:rPr>
          <w:color w:val="002060"/>
          <w:sz w:val="18"/>
        </w:rPr>
        <w:t xml:space="preserve">, </w:t>
      </w:r>
      <w:proofErr w:type="gramStart"/>
      <w:r w:rsidR="00741672">
        <w:rPr>
          <w:color w:val="002060"/>
          <w:sz w:val="18"/>
        </w:rPr>
        <w:t>2026</w:t>
      </w:r>
      <w:proofErr w:type="gramEnd"/>
      <w:r w:rsidR="00741672">
        <w:rPr>
          <w:color w:val="002060"/>
          <w:sz w:val="18"/>
        </w:rPr>
        <w:t xml:space="preserve"> </w:t>
      </w:r>
      <w:r w:rsidR="00D07866">
        <w:rPr>
          <w:color w:val="002060"/>
          <w:sz w:val="18"/>
        </w:rPr>
        <w:t>10</w:t>
      </w:r>
      <w:r w:rsidR="00741672">
        <w:rPr>
          <w:color w:val="002060"/>
          <w:sz w:val="18"/>
        </w:rPr>
        <w:t xml:space="preserve">:00 – </w:t>
      </w:r>
      <w:r w:rsidR="00D07866">
        <w:rPr>
          <w:color w:val="002060"/>
          <w:sz w:val="18"/>
        </w:rPr>
        <w:t>11</w:t>
      </w:r>
      <w:r w:rsidR="00741672">
        <w:rPr>
          <w:color w:val="002060"/>
          <w:sz w:val="18"/>
        </w:rPr>
        <w:t xml:space="preserve">:00 </w:t>
      </w:r>
      <w:r w:rsidR="00D07866">
        <w:rPr>
          <w:color w:val="002060"/>
          <w:sz w:val="18"/>
        </w:rPr>
        <w:t>A</w:t>
      </w:r>
      <w:r w:rsidR="00741672">
        <w:rPr>
          <w:color w:val="002060"/>
          <w:sz w:val="18"/>
        </w:rPr>
        <w:t>M</w:t>
      </w:r>
      <w:r w:rsidR="00D07866">
        <w:rPr>
          <w:color w:val="002060"/>
          <w:sz w:val="18"/>
        </w:rPr>
        <w:t>, BI 104</w:t>
      </w:r>
    </w:p>
    <w:p w14:paraId="4F4F1344" w14:textId="60C78648" w:rsidR="00036EC7" w:rsidRPr="00F12058" w:rsidRDefault="0043473A" w:rsidP="00036EC7">
      <w:pPr>
        <w:spacing w:before="100" w:after="0"/>
        <w:rPr>
          <w:color w:val="666666"/>
          <w:sz w:val="18"/>
        </w:rPr>
      </w:pPr>
      <w:r w:rsidRPr="007B1983">
        <w:rPr>
          <w:color w:val="002060"/>
          <w:sz w:val="18"/>
        </w:rPr>
        <w:tab/>
      </w:r>
      <w:r>
        <w:rPr>
          <w:color w:val="666666"/>
          <w:sz w:val="18"/>
        </w:rPr>
        <w:t xml:space="preserve">   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5249"/>
        <w:gridCol w:w="5249"/>
      </w:tblGrid>
      <w:tr w:rsidR="00036EC7" w14:paraId="64A6F547" w14:textId="77777777" w:rsidTr="00036E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49" w:type="dxa"/>
          </w:tcPr>
          <w:p w14:paraId="6B1A3E94" w14:textId="72E040FA" w:rsidR="00036EC7" w:rsidRPr="00036EC7" w:rsidRDefault="00036EC7" w:rsidP="00036EC7">
            <w:pPr>
              <w:spacing w:before="100" w:after="0"/>
              <w:ind w:left="360"/>
              <w:jc w:val="center"/>
            </w:pPr>
            <w:r>
              <w:t xml:space="preserve">2026 </w:t>
            </w:r>
            <w:r w:rsidRPr="00036EC7">
              <w:t>Meeting Summary</w:t>
            </w:r>
          </w:p>
        </w:tc>
        <w:tc>
          <w:tcPr>
            <w:tcW w:w="5249" w:type="dxa"/>
          </w:tcPr>
          <w:p w14:paraId="68DF96BE" w14:textId="1A613C91" w:rsidR="00036EC7" w:rsidRDefault="00036EC7" w:rsidP="00036EC7">
            <w:pPr>
              <w:spacing w:before="10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2027 Meeting Schedule</w:t>
            </w:r>
            <w:r w:rsidR="00D07866">
              <w:t xml:space="preserve"> (TBD)</w:t>
            </w:r>
          </w:p>
        </w:tc>
      </w:tr>
      <w:tr w:rsidR="00036EC7" w14:paraId="58570855" w14:textId="77777777" w:rsidTr="00036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58C171A4" w14:textId="1F7DC942" w:rsidR="00036EC7" w:rsidRDefault="00036EC7" w:rsidP="00036EC7">
            <w:pPr>
              <w:spacing w:before="100" w:after="0"/>
              <w:jc w:val="center"/>
            </w:pPr>
            <w:r>
              <w:t xml:space="preserve">Q1: </w:t>
            </w:r>
            <w:r w:rsidR="00D07866">
              <w:t>March 25</w:t>
            </w:r>
            <w:r>
              <w:t xml:space="preserve"> 2026</w:t>
            </w:r>
          </w:p>
        </w:tc>
        <w:tc>
          <w:tcPr>
            <w:tcW w:w="5249" w:type="dxa"/>
          </w:tcPr>
          <w:p w14:paraId="10318F66" w14:textId="7048B176" w:rsidR="00036EC7" w:rsidRPr="00036EC7" w:rsidRDefault="00036EC7" w:rsidP="00036EC7">
            <w:pPr>
              <w:spacing w:before="10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36EC7">
              <w:rPr>
                <w:b/>
                <w:bCs/>
              </w:rPr>
              <w:t xml:space="preserve">Q1: </w:t>
            </w:r>
            <w:r w:rsidR="007C2B5E">
              <w:rPr>
                <w:b/>
                <w:bCs/>
              </w:rPr>
              <w:t xml:space="preserve">February </w:t>
            </w:r>
            <w:r w:rsidR="00D07866">
              <w:rPr>
                <w:b/>
                <w:bCs/>
              </w:rPr>
              <w:t>2027</w:t>
            </w:r>
          </w:p>
        </w:tc>
      </w:tr>
      <w:tr w:rsidR="00036EC7" w14:paraId="4AFEFA41" w14:textId="77777777" w:rsidTr="00036E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1ACAB74D" w14:textId="1F48E245" w:rsidR="00036EC7" w:rsidRDefault="00036EC7" w:rsidP="00036EC7">
            <w:pPr>
              <w:spacing w:before="100" w:after="0"/>
              <w:jc w:val="center"/>
            </w:pPr>
            <w:r>
              <w:t>Q</w:t>
            </w:r>
            <w:r w:rsidR="007C2B5E">
              <w:t>2</w:t>
            </w:r>
            <w:r>
              <w:t xml:space="preserve">: </w:t>
            </w:r>
            <w:r w:rsidR="00D07866">
              <w:t>September 22,</w:t>
            </w:r>
            <w:r>
              <w:t xml:space="preserve"> 2026</w:t>
            </w:r>
          </w:p>
        </w:tc>
        <w:tc>
          <w:tcPr>
            <w:tcW w:w="5249" w:type="dxa"/>
          </w:tcPr>
          <w:p w14:paraId="6DE6D179" w14:textId="4327F745" w:rsidR="00036EC7" w:rsidRPr="00036EC7" w:rsidRDefault="00036EC7" w:rsidP="00036EC7">
            <w:pPr>
              <w:spacing w:before="10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36EC7">
              <w:rPr>
                <w:b/>
                <w:bCs/>
              </w:rPr>
              <w:t>Q</w:t>
            </w:r>
            <w:r w:rsidR="007C2B5E">
              <w:rPr>
                <w:b/>
                <w:bCs/>
              </w:rPr>
              <w:t>2</w:t>
            </w:r>
            <w:r w:rsidRPr="00036EC7">
              <w:rPr>
                <w:b/>
                <w:bCs/>
              </w:rPr>
              <w:t xml:space="preserve">: </w:t>
            </w:r>
            <w:r w:rsidR="00D07866">
              <w:rPr>
                <w:b/>
                <w:bCs/>
              </w:rPr>
              <w:t>September, 2027</w:t>
            </w:r>
          </w:p>
        </w:tc>
      </w:tr>
      <w:tr w:rsidR="00741672" w14:paraId="2CE13DB4" w14:textId="77777777" w:rsidTr="00036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72A88CAE" w14:textId="253F94F0" w:rsidR="00741672" w:rsidRDefault="00741672" w:rsidP="00036EC7">
            <w:pPr>
              <w:spacing w:before="100" w:after="0"/>
              <w:jc w:val="center"/>
            </w:pPr>
            <w:r>
              <w:t xml:space="preserve">Q3: </w:t>
            </w:r>
            <w:r w:rsidR="00D07866">
              <w:t>December 08</w:t>
            </w:r>
            <w:r>
              <w:t>, 2026</w:t>
            </w:r>
          </w:p>
        </w:tc>
        <w:tc>
          <w:tcPr>
            <w:tcW w:w="5249" w:type="dxa"/>
          </w:tcPr>
          <w:p w14:paraId="4729E273" w14:textId="27AF439F" w:rsidR="00741672" w:rsidRPr="00036EC7" w:rsidRDefault="00741672" w:rsidP="00036EC7">
            <w:pPr>
              <w:spacing w:before="10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Q3: </w:t>
            </w:r>
            <w:r w:rsidR="00D07866">
              <w:rPr>
                <w:b/>
                <w:bCs/>
              </w:rPr>
              <w:t>December 2027</w:t>
            </w:r>
          </w:p>
        </w:tc>
      </w:tr>
      <w:tr w:rsidR="00741672" w14:paraId="1948E456" w14:textId="77777777" w:rsidTr="00036E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9" w:type="dxa"/>
          </w:tcPr>
          <w:p w14:paraId="5FF0AA55" w14:textId="4FCC6813" w:rsidR="00741672" w:rsidRDefault="00741672" w:rsidP="00036EC7">
            <w:pPr>
              <w:spacing w:before="100" w:after="0"/>
              <w:jc w:val="center"/>
            </w:pPr>
            <w:r>
              <w:t xml:space="preserve">Q4: </w:t>
            </w:r>
            <w:r w:rsidR="00D07866">
              <w:t>N/A</w:t>
            </w:r>
          </w:p>
        </w:tc>
        <w:tc>
          <w:tcPr>
            <w:tcW w:w="5249" w:type="dxa"/>
          </w:tcPr>
          <w:p w14:paraId="2EC366BB" w14:textId="0F68E6B3" w:rsidR="00741672" w:rsidRPr="00036EC7" w:rsidRDefault="00741672" w:rsidP="00036EC7">
            <w:pPr>
              <w:spacing w:before="10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Q4: </w:t>
            </w:r>
            <w:r w:rsidR="00D07866">
              <w:rPr>
                <w:b/>
                <w:bCs/>
              </w:rPr>
              <w:t>N/A</w:t>
            </w:r>
          </w:p>
        </w:tc>
      </w:tr>
    </w:tbl>
    <w:p w14:paraId="312CF895" w14:textId="77777777" w:rsidR="00036EC7" w:rsidRDefault="00036EC7" w:rsidP="00A74ECA">
      <w:pPr>
        <w:spacing w:before="100" w:after="0"/>
      </w:pPr>
    </w:p>
    <w:sectPr w:rsidR="00036EC7" w:rsidSect="00034616">
      <w:footerReference w:type="default" r:id="rId8"/>
      <w:pgSz w:w="12240" w:h="15840"/>
      <w:pgMar w:top="893" w:right="979" w:bottom="893" w:left="979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39E69" w14:textId="77777777" w:rsidR="00252C84" w:rsidRDefault="00252C84">
      <w:pPr>
        <w:spacing w:after="0" w:line="240" w:lineRule="auto"/>
      </w:pPr>
      <w:r>
        <w:separator/>
      </w:r>
    </w:p>
  </w:endnote>
  <w:endnote w:type="continuationSeparator" w:id="0">
    <w:p w14:paraId="7516A83A" w14:textId="77777777" w:rsidR="00252C84" w:rsidRDefault="0025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3F21" w14:textId="77777777" w:rsidR="003C7C92" w:rsidRDefault="00000000">
    <w:pPr>
      <w:pStyle w:val="Footer"/>
      <w:jc w:val="center"/>
    </w:pPr>
    <w:r>
      <w:rPr>
        <w:color w:val="666666"/>
        <w:sz w:val="16"/>
      </w:rPr>
      <w:t>Safety Committee Meeting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2F563" w14:textId="77777777" w:rsidR="00252C84" w:rsidRDefault="00252C84">
      <w:pPr>
        <w:spacing w:after="0" w:line="240" w:lineRule="auto"/>
      </w:pPr>
      <w:r>
        <w:separator/>
      </w:r>
    </w:p>
  </w:footnote>
  <w:footnote w:type="continuationSeparator" w:id="0">
    <w:p w14:paraId="49CC1B06" w14:textId="77777777" w:rsidR="00252C84" w:rsidRDefault="00252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FF66AE"/>
    <w:multiLevelType w:val="hybridMultilevel"/>
    <w:tmpl w:val="F9CE0DC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B8E4022"/>
    <w:multiLevelType w:val="hybridMultilevel"/>
    <w:tmpl w:val="3F5E4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317A4"/>
    <w:multiLevelType w:val="hybridMultilevel"/>
    <w:tmpl w:val="E60291B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4127A70"/>
    <w:multiLevelType w:val="hybridMultilevel"/>
    <w:tmpl w:val="D9728AE8"/>
    <w:lvl w:ilvl="0" w:tplc="BDC6F40A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A068E"/>
    <w:multiLevelType w:val="hybridMultilevel"/>
    <w:tmpl w:val="4756296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F742680"/>
    <w:multiLevelType w:val="hybridMultilevel"/>
    <w:tmpl w:val="B640241E"/>
    <w:lvl w:ilvl="0" w:tplc="FFA29EF6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586857"/>
    <w:multiLevelType w:val="hybridMultilevel"/>
    <w:tmpl w:val="5090F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E6A22"/>
    <w:multiLevelType w:val="hybridMultilevel"/>
    <w:tmpl w:val="E97AA250"/>
    <w:lvl w:ilvl="0" w:tplc="44C21AC8">
      <w:start w:val="2026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AD1F39"/>
    <w:multiLevelType w:val="hybridMultilevel"/>
    <w:tmpl w:val="0582B74E"/>
    <w:lvl w:ilvl="0" w:tplc="8C4E03D2">
      <w:start w:val="2027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2233E"/>
    <w:multiLevelType w:val="hybridMultilevel"/>
    <w:tmpl w:val="72BC0A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B72305"/>
    <w:multiLevelType w:val="hybridMultilevel"/>
    <w:tmpl w:val="6554D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C43DB6"/>
    <w:multiLevelType w:val="hybridMultilevel"/>
    <w:tmpl w:val="70BEA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9D1779"/>
    <w:multiLevelType w:val="hybridMultilevel"/>
    <w:tmpl w:val="750CE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D16B08"/>
    <w:multiLevelType w:val="hybridMultilevel"/>
    <w:tmpl w:val="C00E7954"/>
    <w:lvl w:ilvl="0" w:tplc="F9C8EF2A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253159">
    <w:abstractNumId w:val="8"/>
  </w:num>
  <w:num w:numId="2" w16cid:durableId="2015259006">
    <w:abstractNumId w:val="6"/>
  </w:num>
  <w:num w:numId="3" w16cid:durableId="372385810">
    <w:abstractNumId w:val="5"/>
  </w:num>
  <w:num w:numId="4" w16cid:durableId="1217472626">
    <w:abstractNumId w:val="4"/>
  </w:num>
  <w:num w:numId="5" w16cid:durableId="2080132492">
    <w:abstractNumId w:val="7"/>
  </w:num>
  <w:num w:numId="6" w16cid:durableId="461651355">
    <w:abstractNumId w:val="3"/>
  </w:num>
  <w:num w:numId="7" w16cid:durableId="1110197672">
    <w:abstractNumId w:val="2"/>
  </w:num>
  <w:num w:numId="8" w16cid:durableId="326980286">
    <w:abstractNumId w:val="1"/>
  </w:num>
  <w:num w:numId="9" w16cid:durableId="959720697">
    <w:abstractNumId w:val="0"/>
  </w:num>
  <w:num w:numId="10" w16cid:durableId="1560095674">
    <w:abstractNumId w:val="15"/>
  </w:num>
  <w:num w:numId="11" w16cid:durableId="1026563619">
    <w:abstractNumId w:val="20"/>
  </w:num>
  <w:num w:numId="12" w16cid:durableId="749155895">
    <w:abstractNumId w:val="10"/>
  </w:num>
  <w:num w:numId="13" w16cid:durableId="351954277">
    <w:abstractNumId w:val="9"/>
  </w:num>
  <w:num w:numId="14" w16cid:durableId="1032147847">
    <w:abstractNumId w:val="13"/>
  </w:num>
  <w:num w:numId="15" w16cid:durableId="960575263">
    <w:abstractNumId w:val="21"/>
  </w:num>
  <w:num w:numId="16" w16cid:durableId="683748101">
    <w:abstractNumId w:val="11"/>
  </w:num>
  <w:num w:numId="17" w16cid:durableId="1715344617">
    <w:abstractNumId w:val="19"/>
  </w:num>
  <w:num w:numId="18" w16cid:durableId="1355302731">
    <w:abstractNumId w:val="17"/>
  </w:num>
  <w:num w:numId="19" w16cid:durableId="1175223013">
    <w:abstractNumId w:val="22"/>
  </w:num>
  <w:num w:numId="20" w16cid:durableId="1125126614">
    <w:abstractNumId w:val="14"/>
  </w:num>
  <w:num w:numId="21" w16cid:durableId="723715833">
    <w:abstractNumId w:val="16"/>
  </w:num>
  <w:num w:numId="22" w16cid:durableId="602110392">
    <w:abstractNumId w:val="12"/>
  </w:num>
  <w:num w:numId="23" w16cid:durableId="18246600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985"/>
    <w:rsid w:val="000306E2"/>
    <w:rsid w:val="00034616"/>
    <w:rsid w:val="00036EC7"/>
    <w:rsid w:val="0006063C"/>
    <w:rsid w:val="00126200"/>
    <w:rsid w:val="00131D9D"/>
    <w:rsid w:val="0015074B"/>
    <w:rsid w:val="001D2576"/>
    <w:rsid w:val="001E63E6"/>
    <w:rsid w:val="00244F32"/>
    <w:rsid w:val="00252C84"/>
    <w:rsid w:val="0027039B"/>
    <w:rsid w:val="00273914"/>
    <w:rsid w:val="0029639D"/>
    <w:rsid w:val="002C684A"/>
    <w:rsid w:val="00322B18"/>
    <w:rsid w:val="0032429F"/>
    <w:rsid w:val="00326F90"/>
    <w:rsid w:val="00387492"/>
    <w:rsid w:val="003C7C92"/>
    <w:rsid w:val="003D4FFE"/>
    <w:rsid w:val="003E1406"/>
    <w:rsid w:val="0043473A"/>
    <w:rsid w:val="00465D8E"/>
    <w:rsid w:val="005104D2"/>
    <w:rsid w:val="00652FA6"/>
    <w:rsid w:val="00741672"/>
    <w:rsid w:val="007B1983"/>
    <w:rsid w:val="007C2B5E"/>
    <w:rsid w:val="007D46BD"/>
    <w:rsid w:val="00822DFD"/>
    <w:rsid w:val="0085266E"/>
    <w:rsid w:val="009264A1"/>
    <w:rsid w:val="00930DF2"/>
    <w:rsid w:val="00A03072"/>
    <w:rsid w:val="00A74ECA"/>
    <w:rsid w:val="00AA1D8D"/>
    <w:rsid w:val="00AB0615"/>
    <w:rsid w:val="00B24E26"/>
    <w:rsid w:val="00B47730"/>
    <w:rsid w:val="00B81CC7"/>
    <w:rsid w:val="00BB1048"/>
    <w:rsid w:val="00C376BC"/>
    <w:rsid w:val="00C9450B"/>
    <w:rsid w:val="00CB0664"/>
    <w:rsid w:val="00D07866"/>
    <w:rsid w:val="00D53F36"/>
    <w:rsid w:val="00DA6EA1"/>
    <w:rsid w:val="00DC1924"/>
    <w:rsid w:val="00E3075F"/>
    <w:rsid w:val="00E66AA6"/>
    <w:rsid w:val="00E760BE"/>
    <w:rsid w:val="00E974F9"/>
    <w:rsid w:val="00EF268D"/>
    <w:rsid w:val="00F12058"/>
    <w:rsid w:val="00F670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60707"/>
  <w14:defaultImageDpi w14:val="330"/>
  <w15:docId w15:val="{4388E59A-07FE-44DB-A91B-9420706C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Table3-Accent1">
    <w:name w:val="List Table 3 Accent 1"/>
    <w:basedOn w:val="TableNormal"/>
    <w:uiPriority w:val="48"/>
    <w:rsid w:val="00036EC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 DeSalvio</cp:lastModifiedBy>
  <cp:revision>7</cp:revision>
  <cp:lastPrinted>2026-09-08T16:04:00Z</cp:lastPrinted>
  <dcterms:created xsi:type="dcterms:W3CDTF">2026-09-14T20:37:00Z</dcterms:created>
  <dcterms:modified xsi:type="dcterms:W3CDTF">2026-09-21T17:04:00Z</dcterms:modified>
  <cp:category/>
</cp:coreProperties>
</file>