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EAF9" w14:textId="2934D72D" w:rsidR="003C7C92" w:rsidRDefault="00322B18">
      <w:pPr>
        <w:spacing w:after="40"/>
      </w:pPr>
      <w:r>
        <w:rPr>
          <w:b/>
          <w:color w:val="2E74B5"/>
        </w:rPr>
        <w:t>CAMPUS WIDE HEALTH AND</w:t>
      </w:r>
      <w:r w:rsidR="0043473A">
        <w:rPr>
          <w:b/>
          <w:color w:val="2E74B5"/>
        </w:rPr>
        <w:t xml:space="preserve"> SAFETY COMMITTEE</w:t>
      </w:r>
    </w:p>
    <w:p w14:paraId="6FA941DF" w14:textId="4784EE9B" w:rsidR="003C7C92" w:rsidRDefault="0043473A">
      <w:pPr>
        <w:spacing w:after="140"/>
      </w:pPr>
      <w:r>
        <w:rPr>
          <w:b/>
          <w:color w:val="17365D"/>
          <w:sz w:val="48"/>
        </w:rPr>
        <w:t>2026 Q3 Meeting Agenda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3672"/>
        <w:gridCol w:w="936"/>
        <w:gridCol w:w="4104"/>
      </w:tblGrid>
      <w:tr w:rsidR="003C7C92" w14:paraId="5AD36CA4" w14:textId="77777777" w:rsidTr="0043473A">
        <w:tc>
          <w:tcPr>
            <w:tcW w:w="1080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B510C09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Date:</w:t>
            </w:r>
          </w:p>
        </w:tc>
        <w:tc>
          <w:tcPr>
            <w:tcW w:w="3672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F479134" w14:textId="7DC19165" w:rsidR="003C7C92" w:rsidRDefault="007C2B5E">
            <w:pPr>
              <w:spacing w:after="0"/>
            </w:pPr>
            <w:r>
              <w:rPr>
                <w:i/>
                <w:color w:val="666666"/>
                <w:sz w:val="19"/>
              </w:rPr>
              <w:t>09-</w:t>
            </w:r>
            <w:r w:rsidR="00322B18">
              <w:rPr>
                <w:i/>
                <w:color w:val="666666"/>
                <w:sz w:val="19"/>
              </w:rPr>
              <w:t>15</w:t>
            </w:r>
            <w:r>
              <w:rPr>
                <w:i/>
                <w:color w:val="666666"/>
                <w:sz w:val="19"/>
              </w:rPr>
              <w:t>-2026</w:t>
            </w:r>
          </w:p>
        </w:tc>
        <w:tc>
          <w:tcPr>
            <w:tcW w:w="936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79A7338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Time:</w:t>
            </w:r>
          </w:p>
        </w:tc>
        <w:tc>
          <w:tcPr>
            <w:tcW w:w="4104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B432AF1" w14:textId="23903AB7" w:rsidR="003C7C92" w:rsidRDefault="00322B18">
            <w:pPr>
              <w:spacing w:after="0"/>
            </w:pPr>
            <w:r>
              <w:rPr>
                <w:i/>
                <w:color w:val="666666"/>
                <w:sz w:val="19"/>
              </w:rPr>
              <w:t>2</w:t>
            </w:r>
            <w:r w:rsidR="0043473A">
              <w:rPr>
                <w:i/>
                <w:color w:val="666666"/>
                <w:sz w:val="19"/>
              </w:rPr>
              <w:t xml:space="preserve">:00 </w:t>
            </w:r>
            <w:r>
              <w:rPr>
                <w:i/>
                <w:color w:val="666666"/>
                <w:sz w:val="19"/>
              </w:rPr>
              <w:t>P</w:t>
            </w:r>
            <w:r w:rsidR="0043473A">
              <w:rPr>
                <w:i/>
                <w:color w:val="666666"/>
                <w:sz w:val="19"/>
              </w:rPr>
              <w:t>M</w:t>
            </w:r>
          </w:p>
        </w:tc>
      </w:tr>
      <w:tr w:rsidR="003C7C92" w14:paraId="4B6E0134" w14:textId="77777777" w:rsidTr="0043473A">
        <w:tc>
          <w:tcPr>
            <w:tcW w:w="1080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BFBAA9D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Location:</w:t>
            </w:r>
          </w:p>
        </w:tc>
        <w:tc>
          <w:tcPr>
            <w:tcW w:w="3672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00CD3D7A" w14:textId="78529C2F" w:rsidR="003C7C92" w:rsidRDefault="000306E2">
            <w:pPr>
              <w:spacing w:after="0"/>
            </w:pPr>
            <w:r>
              <w:rPr>
                <w:i/>
                <w:color w:val="666666"/>
                <w:sz w:val="19"/>
              </w:rPr>
              <w:t>UEC Boardroom</w:t>
            </w:r>
          </w:p>
        </w:tc>
        <w:tc>
          <w:tcPr>
            <w:tcW w:w="936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5CBC2F49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Chair:</w:t>
            </w:r>
          </w:p>
        </w:tc>
        <w:tc>
          <w:tcPr>
            <w:tcW w:w="4104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A6EE5AD" w14:textId="374C21F0" w:rsidR="003C7C92" w:rsidRDefault="0043473A">
            <w:pPr>
              <w:spacing w:after="0"/>
            </w:pPr>
            <w:r>
              <w:rPr>
                <w:i/>
                <w:color w:val="666666"/>
                <w:sz w:val="19"/>
              </w:rPr>
              <w:t>MICHAEL DESALVIO</w:t>
            </w:r>
          </w:p>
        </w:tc>
      </w:tr>
    </w:tbl>
    <w:p w14:paraId="30477E2D" w14:textId="515D5D25" w:rsidR="003C7C92" w:rsidRDefault="003C7C92">
      <w:pPr>
        <w:spacing w:after="140"/>
      </w:pPr>
    </w:p>
    <w:tbl>
      <w:tblPr>
        <w:tblW w:w="10620" w:type="dxa"/>
        <w:tblBorders>
          <w:top w:val="single" w:sz="6" w:space="0" w:color="B7C9DA"/>
          <w:left w:val="single" w:sz="6" w:space="0" w:color="B7C9DA"/>
          <w:bottom w:val="single" w:sz="6" w:space="0" w:color="B7C9DA"/>
          <w:right w:val="single" w:sz="6" w:space="0" w:color="B7C9DA"/>
          <w:insideH w:val="single" w:sz="6" w:space="0" w:color="B7C9DA"/>
          <w:insideV w:val="single" w:sz="6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535"/>
        <w:gridCol w:w="6480"/>
      </w:tblGrid>
      <w:tr w:rsidR="003C7C92" w14:paraId="608A8C0C" w14:textId="77777777" w:rsidTr="007B1983">
        <w:trPr>
          <w:tblHeader/>
        </w:trPr>
        <w:tc>
          <w:tcPr>
            <w:tcW w:w="605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1C05BCA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3535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8E2D40" w14:textId="77777777" w:rsidR="003C7C9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AGENDA ITEM</w:t>
            </w:r>
          </w:p>
        </w:tc>
        <w:tc>
          <w:tcPr>
            <w:tcW w:w="6480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6AB40F" w14:textId="77777777" w:rsidR="003C7C9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NOTES / DECISIONS / ACTIONS</w:t>
            </w:r>
          </w:p>
        </w:tc>
      </w:tr>
      <w:tr w:rsidR="003C7C92" w14:paraId="01D319CF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B9814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60A70" w14:textId="77777777" w:rsidR="003C7C92" w:rsidRDefault="00000000">
            <w:pPr>
              <w:spacing w:after="0"/>
            </w:pPr>
            <w:r>
              <w:rPr>
                <w:b/>
                <w:color w:val="000000"/>
                <w:sz w:val="19"/>
              </w:rPr>
              <w:t>Call to Order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7B35FE" w14:textId="7EBEC961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Time:</w:t>
            </w:r>
            <w:r w:rsidR="00930DF2">
              <w:rPr>
                <w:color w:val="000000"/>
                <w:sz w:val="19"/>
              </w:rPr>
              <w:t xml:space="preserve"> </w:t>
            </w:r>
          </w:p>
        </w:tc>
      </w:tr>
      <w:tr w:rsidR="003C7C92" w14:paraId="46834E6F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1C715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2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F42E7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Roll Call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67355" w14:textId="306E0A68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Quorum Established:</w:t>
            </w:r>
          </w:p>
        </w:tc>
      </w:tr>
      <w:tr w:rsidR="003C7C92" w14:paraId="171D3AA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4C7E6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3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598A5" w14:textId="137498D5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Approval of Minutes — </w:t>
            </w:r>
            <w:r w:rsidR="00322B18" w:rsidRPr="000306E2">
              <w:rPr>
                <w:b/>
                <w:bCs/>
                <w:color w:val="000000"/>
                <w:sz w:val="19"/>
              </w:rPr>
              <w:t>April 28</w:t>
            </w:r>
            <w:r w:rsidR="00273914" w:rsidRPr="000306E2">
              <w:rPr>
                <w:b/>
                <w:bCs/>
                <w:color w:val="000000"/>
                <w:sz w:val="19"/>
              </w:rPr>
              <w:t>, 2026</w:t>
            </w:r>
          </w:p>
        </w:tc>
        <w:tc>
          <w:tcPr>
            <w:tcW w:w="6480" w:type="dxa"/>
            <w:shd w:val="clear" w:color="auto" w:fill="F4F7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31D45" w14:textId="225978B2" w:rsidR="003C7C92" w:rsidRDefault="0043473A">
            <w:pPr>
              <w:spacing w:after="0"/>
              <w:rPr>
                <w:color w:val="000000"/>
                <w:sz w:val="19"/>
              </w:rPr>
            </w:pPr>
            <w:r w:rsidRPr="007B1983">
              <w:rPr>
                <w:b/>
                <w:bCs/>
                <w:color w:val="000000"/>
                <w:sz w:val="19"/>
              </w:rPr>
              <w:t>Motion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  <w:p w14:paraId="62A934E1" w14:textId="5D780686" w:rsidR="0043473A" w:rsidRDefault="0043473A">
            <w:pPr>
              <w:spacing w:after="0"/>
              <w:rPr>
                <w:color w:val="000000"/>
                <w:sz w:val="19"/>
              </w:rPr>
            </w:pPr>
            <w:r w:rsidRPr="007B1983">
              <w:rPr>
                <w:b/>
                <w:bCs/>
                <w:color w:val="000000"/>
                <w:sz w:val="19"/>
              </w:rPr>
              <w:t>Second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  <w:p w14:paraId="15CDE6D5" w14:textId="609F35EB" w:rsidR="0043473A" w:rsidRDefault="0043473A">
            <w:pPr>
              <w:spacing w:after="0"/>
            </w:pPr>
            <w:r w:rsidRPr="007B1983">
              <w:rPr>
                <w:b/>
                <w:bCs/>
                <w:color w:val="000000"/>
                <w:sz w:val="19"/>
              </w:rPr>
              <w:t>Vote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</w:tc>
      </w:tr>
      <w:tr w:rsidR="003C7C92" w14:paraId="06DB8FB5" w14:textId="77777777" w:rsidTr="007B1983">
        <w:tc>
          <w:tcPr>
            <w:tcW w:w="10620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F876F" w14:textId="5B055015" w:rsidR="003C7C92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>OLD BUSINESS</w:t>
            </w:r>
            <w:r w:rsidR="00652FA6">
              <w:rPr>
                <w:b/>
                <w:color w:val="17365D"/>
                <w:sz w:val="18"/>
              </w:rPr>
              <w:t xml:space="preserve"> </w:t>
            </w:r>
            <w:r w:rsidR="00652FA6" w:rsidRPr="00652FA6">
              <w:rPr>
                <w:bCs/>
                <w:color w:val="17365D"/>
                <w:sz w:val="18"/>
              </w:rPr>
              <w:t>(10 minutes)</w:t>
            </w:r>
          </w:p>
        </w:tc>
      </w:tr>
      <w:tr w:rsidR="00322B18" w14:paraId="7A65950A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63C2EE" w14:textId="53A9843A" w:rsidR="00322B18" w:rsidRDefault="00DC1924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4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9ED5E" w14:textId="7484F9C1" w:rsidR="00322B18" w:rsidRDefault="00322B18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Sub-committee </w:t>
            </w:r>
            <w:r w:rsidR="00DC1924">
              <w:rPr>
                <w:color w:val="000000"/>
                <w:sz w:val="19"/>
              </w:rPr>
              <w:t>Q</w:t>
            </w:r>
            <w:r w:rsidR="00BB1048">
              <w:rPr>
                <w:color w:val="000000"/>
                <w:sz w:val="19"/>
              </w:rPr>
              <w:t>3</w:t>
            </w:r>
            <w:r w:rsidR="00DC1924">
              <w:rPr>
                <w:color w:val="000000"/>
                <w:sz w:val="19"/>
              </w:rPr>
              <w:t xml:space="preserve"> </w:t>
            </w:r>
            <w:r>
              <w:rPr>
                <w:color w:val="000000"/>
                <w:sz w:val="19"/>
              </w:rPr>
              <w:t>Reports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3FEDF" w14:textId="36CB3C4D" w:rsidR="00DC1924" w:rsidRPr="00652FA6" w:rsidRDefault="00DC1924" w:rsidP="00652FA6">
            <w:pPr>
              <w:spacing w:after="0"/>
              <w:rPr>
                <w:sz w:val="19"/>
              </w:rPr>
            </w:pPr>
          </w:p>
        </w:tc>
      </w:tr>
      <w:tr w:rsidR="003C7C92" w14:paraId="6ACF760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4D930" w14:textId="75DDAFE5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5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CD664" w14:textId="28A6D602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Update on First Aid Kits</w:t>
            </w:r>
            <w:r w:rsidR="00A03072">
              <w:rPr>
                <w:color w:val="000000"/>
                <w:sz w:val="19"/>
              </w:rPr>
              <w:t xml:space="preserve"> and AEDs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A96689" w14:textId="022E876E" w:rsidR="00A03072" w:rsidRDefault="00A03072" w:rsidP="00652FA6">
            <w:pPr>
              <w:spacing w:after="0"/>
            </w:pPr>
          </w:p>
        </w:tc>
      </w:tr>
      <w:tr w:rsidR="003C7C92" w14:paraId="651E8ACA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0BA39" w14:textId="435DD8DC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6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24ECF5" w14:textId="113EE108" w:rsidR="003C7C92" w:rsidRDefault="00A03072">
            <w:pPr>
              <w:spacing w:after="0"/>
            </w:pPr>
            <w:r>
              <w:rPr>
                <w:color w:val="000000"/>
                <w:sz w:val="19"/>
              </w:rPr>
              <w:t>Training Updates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A33B15" w14:textId="4E0E2981" w:rsidR="00A03072" w:rsidRDefault="00A03072" w:rsidP="00652FA6">
            <w:pPr>
              <w:spacing w:after="0"/>
            </w:pPr>
          </w:p>
        </w:tc>
      </w:tr>
      <w:tr w:rsidR="003C7C92" w14:paraId="011CC827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F5261" w14:textId="1E8B1D8A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7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C83BC3" w14:textId="49B9D20C" w:rsidR="003C7C92" w:rsidRDefault="00DC1924">
            <w:pPr>
              <w:spacing w:after="0"/>
            </w:pPr>
            <w:r>
              <w:rPr>
                <w:color w:val="000000"/>
                <w:sz w:val="19"/>
              </w:rPr>
              <w:t>Reported Safety Concerns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99097" w14:textId="3D08BB3F" w:rsidR="007C2B5E" w:rsidRDefault="007C2B5E" w:rsidP="00652FA6">
            <w:pPr>
              <w:spacing w:after="0"/>
            </w:pPr>
          </w:p>
        </w:tc>
      </w:tr>
      <w:tr w:rsidR="003C7C92" w14:paraId="72A7DD66" w14:textId="77777777" w:rsidTr="007B1983">
        <w:tc>
          <w:tcPr>
            <w:tcW w:w="10620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5ABA3F" w14:textId="59F2FAA6" w:rsidR="003C7C92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>NEW BUSINESS</w:t>
            </w:r>
            <w:r w:rsidR="00652FA6">
              <w:rPr>
                <w:b/>
                <w:color w:val="17365D"/>
                <w:sz w:val="18"/>
              </w:rPr>
              <w:t xml:space="preserve"> </w:t>
            </w:r>
            <w:r w:rsidR="00652FA6" w:rsidRPr="00652FA6">
              <w:rPr>
                <w:bCs/>
                <w:color w:val="17365D"/>
                <w:sz w:val="18"/>
              </w:rPr>
              <w:t>(30 minutes)</w:t>
            </w:r>
          </w:p>
        </w:tc>
      </w:tr>
      <w:tr w:rsidR="0085266E" w14:paraId="2441EEE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DC179" w14:textId="59F8ECC8" w:rsidR="0085266E" w:rsidRDefault="00DC1924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8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43C8A" w14:textId="59E6B521" w:rsidR="0085266E" w:rsidRDefault="0085266E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Special Guest Presentation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133E18" w14:textId="371F27FE" w:rsidR="0085266E" w:rsidRDefault="0085266E" w:rsidP="00B24E26">
            <w:pPr>
              <w:pStyle w:val="ListParagraph"/>
              <w:numPr>
                <w:ilvl w:val="0"/>
                <w:numId w:val="16"/>
              </w:numPr>
              <w:spacing w:after="0"/>
            </w:pPr>
            <w:r>
              <w:t>Matthew Robertson and Pablo Najera</w:t>
            </w:r>
            <w:r w:rsidR="00DC1924">
              <w:t xml:space="preserve">: </w:t>
            </w:r>
            <w:r>
              <w:rPr>
                <w:color w:val="000000"/>
                <w:sz w:val="19"/>
              </w:rPr>
              <w:t>Entrepreneurship Club</w:t>
            </w:r>
          </w:p>
        </w:tc>
      </w:tr>
      <w:tr w:rsidR="00E66AA6" w14:paraId="0876667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0A184" w14:textId="574A647C" w:rsidR="00E66AA6" w:rsidRDefault="00DC1924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9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F13113" w14:textId="3483C908" w:rsidR="00E66AA6" w:rsidRDefault="000306E2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Fire and Life Safety Updates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F483F0" w14:textId="2007573C" w:rsidR="000306E2" w:rsidRDefault="000306E2" w:rsidP="00652FA6">
            <w:pPr>
              <w:spacing w:after="0"/>
              <w:ind w:left="420"/>
            </w:pPr>
          </w:p>
        </w:tc>
      </w:tr>
      <w:tr w:rsidR="003C7C92" w14:paraId="535C54E9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57C14" w14:textId="2D9791FF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10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5E600" w14:textId="4B04603A" w:rsidR="003C7C92" w:rsidRDefault="000306E2">
            <w:pPr>
              <w:spacing w:after="0"/>
            </w:pPr>
            <w:r>
              <w:t>Injury Report Metrics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58CED" w14:textId="54AA4DB2" w:rsidR="00BB1048" w:rsidRDefault="00BB1048" w:rsidP="00652FA6">
            <w:pPr>
              <w:spacing w:after="0"/>
              <w:ind w:left="420"/>
            </w:pPr>
          </w:p>
        </w:tc>
      </w:tr>
      <w:tr w:rsidR="003C7C92" w14:paraId="556A58A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24F61" w14:textId="706A9663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DC1924">
              <w:rPr>
                <w:b/>
                <w:color w:val="2E74B5"/>
                <w:sz w:val="18"/>
              </w:rPr>
              <w:t>1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C02D2" w14:textId="225D1267" w:rsidR="003C7C92" w:rsidRDefault="002C684A">
            <w:pPr>
              <w:spacing w:after="0"/>
            </w:pPr>
            <w:r>
              <w:t>Medical Emergency Response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A5102D" w14:textId="247388A5" w:rsidR="002C684A" w:rsidRDefault="002C684A" w:rsidP="00652FA6">
            <w:pPr>
              <w:spacing w:after="0"/>
              <w:ind w:left="420"/>
            </w:pPr>
          </w:p>
        </w:tc>
      </w:tr>
      <w:tr w:rsidR="007C2B5E" w14:paraId="02D636F1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E4A01" w14:textId="74F740A4" w:rsidR="007C2B5E" w:rsidRDefault="007C2B5E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1</w:t>
            </w:r>
            <w:r w:rsidR="00DC1924">
              <w:rPr>
                <w:b/>
                <w:color w:val="2E74B5"/>
                <w:sz w:val="18"/>
              </w:rPr>
              <w:t>2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9AA88" w14:textId="293C86F2" w:rsidR="007C2B5E" w:rsidRDefault="002C684A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Scooter/E-bike Safety Campaign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FF6A7" w14:textId="7F4DF9C1" w:rsidR="00C9450B" w:rsidRDefault="00C9450B" w:rsidP="00652FA6">
            <w:pPr>
              <w:spacing w:after="0"/>
              <w:ind w:left="420"/>
            </w:pPr>
          </w:p>
        </w:tc>
      </w:tr>
      <w:tr w:rsidR="00E66AA6" w14:paraId="0096DAE4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14B92F" w14:textId="29A02D07" w:rsidR="00E66AA6" w:rsidRDefault="00E66AA6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1</w:t>
            </w:r>
            <w:r w:rsidR="00DC1924">
              <w:rPr>
                <w:b/>
                <w:color w:val="2E74B5"/>
                <w:sz w:val="18"/>
              </w:rPr>
              <w:t>3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12DB1" w14:textId="52CFC45C" w:rsidR="00E66AA6" w:rsidRDefault="002C684A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Advantage Club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2D58A" w14:textId="11C1502D" w:rsidR="00E66AA6" w:rsidRDefault="00E66AA6" w:rsidP="00652FA6">
            <w:pPr>
              <w:spacing w:after="0"/>
              <w:ind w:left="420"/>
            </w:pPr>
          </w:p>
        </w:tc>
      </w:tr>
      <w:tr w:rsidR="003C7C92" w14:paraId="6E164851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D8C5E1" w14:textId="7DDEB718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DC1924">
              <w:rPr>
                <w:b/>
                <w:color w:val="2E74B5"/>
                <w:sz w:val="18"/>
              </w:rPr>
              <w:t>4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C2B31" w14:textId="7AF4AD6F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Open Forum</w:t>
            </w:r>
            <w:r w:rsidR="00652FA6">
              <w:rPr>
                <w:color w:val="000000"/>
                <w:sz w:val="19"/>
              </w:rPr>
              <w:t xml:space="preserve"> (15 minutes)</w:t>
            </w:r>
          </w:p>
        </w:tc>
        <w:tc>
          <w:tcPr>
            <w:tcW w:w="6480" w:type="dxa"/>
            <w:shd w:val="clear" w:color="auto" w:fill="F4F7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1EAB8" w14:textId="573DCF14" w:rsidR="00DA6EA1" w:rsidRDefault="00DA6EA1" w:rsidP="007C2B5E">
            <w:pPr>
              <w:spacing w:after="0"/>
            </w:pPr>
          </w:p>
        </w:tc>
      </w:tr>
      <w:tr w:rsidR="003C7C92" w14:paraId="376B2B6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14375" w14:textId="1C256C48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244F32">
              <w:rPr>
                <w:b/>
                <w:color w:val="2E74B5"/>
                <w:sz w:val="18"/>
              </w:rPr>
              <w:t>5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5DF68" w14:textId="77777777" w:rsidR="003C7C92" w:rsidRDefault="00000000">
            <w:pPr>
              <w:spacing w:after="0"/>
            </w:pPr>
            <w:r>
              <w:rPr>
                <w:b/>
                <w:color w:val="000000"/>
                <w:sz w:val="19"/>
              </w:rPr>
              <w:t>Adjournment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874F1" w14:textId="6F710C95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Time:</w:t>
            </w:r>
          </w:p>
        </w:tc>
      </w:tr>
    </w:tbl>
    <w:p w14:paraId="256DC154" w14:textId="77777777" w:rsidR="003C7C92" w:rsidRDefault="003C7C92">
      <w:pPr>
        <w:spacing w:after="0"/>
      </w:pPr>
    </w:p>
    <w:p w14:paraId="50886F65" w14:textId="560C8C3F" w:rsidR="00273914" w:rsidRDefault="00273914">
      <w:pPr>
        <w:spacing w:after="0"/>
      </w:pPr>
      <w:r w:rsidRPr="00036EC7">
        <w:rPr>
          <w:b/>
          <w:bCs/>
        </w:rPr>
        <w:t>Members Present</w:t>
      </w:r>
      <w:r>
        <w:t>:</w:t>
      </w:r>
    </w:p>
    <w:p w14:paraId="3EB15FFE" w14:textId="77777777" w:rsidR="000306E2" w:rsidRDefault="000306E2">
      <w:pPr>
        <w:spacing w:after="0"/>
      </w:pPr>
    </w:p>
    <w:p w14:paraId="4F4F1344" w14:textId="480E4A26" w:rsidR="00036EC7" w:rsidRPr="00F12058" w:rsidRDefault="00000000" w:rsidP="00036EC7">
      <w:pPr>
        <w:spacing w:before="100" w:after="0"/>
        <w:rPr>
          <w:color w:val="666666"/>
          <w:sz w:val="18"/>
        </w:rPr>
      </w:pPr>
      <w:r>
        <w:rPr>
          <w:b/>
          <w:color w:val="17365D"/>
          <w:sz w:val="18"/>
        </w:rPr>
        <w:t xml:space="preserve">Next meeting: </w:t>
      </w:r>
      <w:r w:rsidR="00741672">
        <w:rPr>
          <w:b/>
          <w:color w:val="17365D"/>
          <w:sz w:val="18"/>
        </w:rPr>
        <w:tab/>
      </w:r>
      <w:r w:rsidR="00741672">
        <w:rPr>
          <w:color w:val="002060"/>
          <w:sz w:val="18"/>
        </w:rPr>
        <w:t xml:space="preserve">December 10, </w:t>
      </w:r>
      <w:proofErr w:type="gramStart"/>
      <w:r w:rsidR="00741672">
        <w:rPr>
          <w:color w:val="002060"/>
          <w:sz w:val="18"/>
        </w:rPr>
        <w:t>2026</w:t>
      </w:r>
      <w:proofErr w:type="gramEnd"/>
      <w:r w:rsidR="00741672">
        <w:rPr>
          <w:color w:val="002060"/>
          <w:sz w:val="18"/>
        </w:rPr>
        <w:t xml:space="preserve"> 2:00 – 3:00 PM</w:t>
      </w:r>
      <w:r w:rsidR="0043473A" w:rsidRPr="007B1983">
        <w:rPr>
          <w:color w:val="002060"/>
          <w:sz w:val="18"/>
        </w:rPr>
        <w:tab/>
      </w:r>
      <w:r>
        <w:rPr>
          <w:color w:val="666666"/>
          <w:sz w:val="18"/>
        </w:rPr>
        <w:t xml:space="preserve">   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5249"/>
        <w:gridCol w:w="5249"/>
      </w:tblGrid>
      <w:tr w:rsidR="00036EC7" w14:paraId="64A6F547" w14:textId="77777777" w:rsidTr="00036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49" w:type="dxa"/>
          </w:tcPr>
          <w:p w14:paraId="6B1A3E94" w14:textId="72E040FA" w:rsidR="00036EC7" w:rsidRPr="00036EC7" w:rsidRDefault="00036EC7" w:rsidP="00036EC7">
            <w:pPr>
              <w:spacing w:before="100" w:after="0"/>
              <w:ind w:left="360"/>
              <w:jc w:val="center"/>
            </w:pPr>
            <w:r>
              <w:t xml:space="preserve">2026 </w:t>
            </w:r>
            <w:r w:rsidRPr="00036EC7">
              <w:t>Meeting Summary</w:t>
            </w:r>
          </w:p>
        </w:tc>
        <w:tc>
          <w:tcPr>
            <w:tcW w:w="5249" w:type="dxa"/>
          </w:tcPr>
          <w:p w14:paraId="68DF96BE" w14:textId="59448D00" w:rsidR="00036EC7" w:rsidRDefault="00036EC7" w:rsidP="00036EC7">
            <w:pPr>
              <w:spacing w:before="10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2027 Meeting Schedule</w:t>
            </w:r>
          </w:p>
        </w:tc>
      </w:tr>
      <w:tr w:rsidR="00036EC7" w14:paraId="58570855" w14:textId="77777777" w:rsidTr="00036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58C171A4" w14:textId="6422C2B6" w:rsidR="00036EC7" w:rsidRDefault="00036EC7" w:rsidP="00036EC7">
            <w:pPr>
              <w:spacing w:before="100" w:after="0"/>
              <w:jc w:val="center"/>
            </w:pPr>
            <w:r>
              <w:t xml:space="preserve">Q1: </w:t>
            </w:r>
            <w:r w:rsidR="00741672">
              <w:t>January 20</w:t>
            </w:r>
            <w:r>
              <w:t>, 2026</w:t>
            </w:r>
          </w:p>
        </w:tc>
        <w:tc>
          <w:tcPr>
            <w:tcW w:w="5249" w:type="dxa"/>
          </w:tcPr>
          <w:p w14:paraId="10318F66" w14:textId="74A8008C" w:rsidR="00036EC7" w:rsidRPr="00036EC7" w:rsidRDefault="00036EC7" w:rsidP="00036EC7">
            <w:pPr>
              <w:spacing w:before="10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36EC7">
              <w:rPr>
                <w:b/>
                <w:bCs/>
              </w:rPr>
              <w:t xml:space="preserve">Q1: </w:t>
            </w:r>
            <w:r w:rsidR="007C2B5E">
              <w:rPr>
                <w:b/>
                <w:bCs/>
              </w:rPr>
              <w:t xml:space="preserve">February </w:t>
            </w:r>
            <w:r w:rsidR="00741672">
              <w:rPr>
                <w:b/>
                <w:bCs/>
              </w:rPr>
              <w:t xml:space="preserve">16, </w:t>
            </w:r>
            <w:r w:rsidR="007C2B5E">
              <w:rPr>
                <w:b/>
                <w:bCs/>
              </w:rPr>
              <w:t>2027</w:t>
            </w:r>
            <w:r w:rsidR="00741672">
              <w:rPr>
                <w:b/>
                <w:bCs/>
              </w:rPr>
              <w:t xml:space="preserve"> (2-3 pm)</w:t>
            </w:r>
          </w:p>
        </w:tc>
      </w:tr>
      <w:tr w:rsidR="00036EC7" w14:paraId="4AFEFA41" w14:textId="77777777" w:rsidTr="00036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1ACAB74D" w14:textId="0B55D429" w:rsidR="00036EC7" w:rsidRDefault="00036EC7" w:rsidP="00036EC7">
            <w:pPr>
              <w:spacing w:before="100" w:after="0"/>
              <w:jc w:val="center"/>
            </w:pPr>
            <w:r>
              <w:t>Q</w:t>
            </w:r>
            <w:r w:rsidR="007C2B5E">
              <w:t>2</w:t>
            </w:r>
            <w:r>
              <w:t xml:space="preserve">: </w:t>
            </w:r>
            <w:r w:rsidR="00741672">
              <w:t>April 28</w:t>
            </w:r>
            <w:r>
              <w:t>, 2026</w:t>
            </w:r>
          </w:p>
        </w:tc>
        <w:tc>
          <w:tcPr>
            <w:tcW w:w="5249" w:type="dxa"/>
          </w:tcPr>
          <w:p w14:paraId="6DE6D179" w14:textId="5CA728CF" w:rsidR="00036EC7" w:rsidRPr="00036EC7" w:rsidRDefault="00036EC7" w:rsidP="00036EC7">
            <w:pPr>
              <w:spacing w:before="10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36EC7">
              <w:rPr>
                <w:b/>
                <w:bCs/>
              </w:rPr>
              <w:t>Q</w:t>
            </w:r>
            <w:r w:rsidR="007C2B5E">
              <w:rPr>
                <w:b/>
                <w:bCs/>
              </w:rPr>
              <w:t>2</w:t>
            </w:r>
            <w:r w:rsidRPr="00036EC7">
              <w:rPr>
                <w:b/>
                <w:bCs/>
              </w:rPr>
              <w:t xml:space="preserve">: </w:t>
            </w:r>
            <w:r w:rsidR="00741672">
              <w:rPr>
                <w:b/>
                <w:bCs/>
              </w:rPr>
              <w:t>May</w:t>
            </w:r>
            <w:r w:rsidR="007C2B5E">
              <w:rPr>
                <w:b/>
                <w:bCs/>
              </w:rPr>
              <w:t xml:space="preserve"> </w:t>
            </w:r>
            <w:r w:rsidR="000306E2">
              <w:rPr>
                <w:b/>
                <w:bCs/>
              </w:rPr>
              <w:t xml:space="preserve">18, </w:t>
            </w:r>
            <w:r w:rsidR="007C2B5E">
              <w:rPr>
                <w:b/>
                <w:bCs/>
              </w:rPr>
              <w:t>2027</w:t>
            </w:r>
            <w:r w:rsidR="000306E2">
              <w:rPr>
                <w:b/>
                <w:bCs/>
              </w:rPr>
              <w:t xml:space="preserve"> (2-3 pm)</w:t>
            </w:r>
          </w:p>
        </w:tc>
      </w:tr>
      <w:tr w:rsidR="00741672" w14:paraId="2CE13DB4" w14:textId="77777777" w:rsidTr="00036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72A88CAE" w14:textId="0ACCE877" w:rsidR="00741672" w:rsidRDefault="00741672" w:rsidP="00036EC7">
            <w:pPr>
              <w:spacing w:before="100" w:after="0"/>
              <w:jc w:val="center"/>
            </w:pPr>
            <w:r>
              <w:t>Q3: September 15, 2026</w:t>
            </w:r>
          </w:p>
        </w:tc>
        <w:tc>
          <w:tcPr>
            <w:tcW w:w="5249" w:type="dxa"/>
          </w:tcPr>
          <w:p w14:paraId="4729E273" w14:textId="1B13C161" w:rsidR="00741672" w:rsidRPr="00036EC7" w:rsidRDefault="00741672" w:rsidP="00036EC7">
            <w:pPr>
              <w:spacing w:before="10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Q3: September</w:t>
            </w:r>
            <w:r w:rsidR="000306E2">
              <w:rPr>
                <w:b/>
                <w:bCs/>
              </w:rPr>
              <w:t xml:space="preserve"> 14,</w:t>
            </w:r>
            <w:r>
              <w:rPr>
                <w:b/>
                <w:bCs/>
              </w:rPr>
              <w:t xml:space="preserve"> 2027</w:t>
            </w:r>
            <w:r w:rsidR="000306E2">
              <w:rPr>
                <w:b/>
                <w:bCs/>
              </w:rPr>
              <w:t xml:space="preserve"> (2-3 pm)</w:t>
            </w:r>
          </w:p>
        </w:tc>
      </w:tr>
      <w:tr w:rsidR="00741672" w14:paraId="1948E456" w14:textId="77777777" w:rsidTr="00036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5FF0AA55" w14:textId="6F6C5391" w:rsidR="00741672" w:rsidRDefault="00741672" w:rsidP="00036EC7">
            <w:pPr>
              <w:spacing w:before="100" w:after="0"/>
              <w:jc w:val="center"/>
            </w:pPr>
            <w:r>
              <w:t>Q4: December 10, 2026</w:t>
            </w:r>
          </w:p>
        </w:tc>
        <w:tc>
          <w:tcPr>
            <w:tcW w:w="5249" w:type="dxa"/>
          </w:tcPr>
          <w:p w14:paraId="2EC366BB" w14:textId="31CBA7C9" w:rsidR="00741672" w:rsidRPr="00036EC7" w:rsidRDefault="00741672" w:rsidP="00036EC7">
            <w:pPr>
              <w:spacing w:before="10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Q4: December </w:t>
            </w:r>
            <w:r w:rsidR="000306E2">
              <w:rPr>
                <w:b/>
                <w:bCs/>
              </w:rPr>
              <w:t xml:space="preserve">14, </w:t>
            </w:r>
            <w:r>
              <w:rPr>
                <w:b/>
                <w:bCs/>
              </w:rPr>
              <w:t>2027</w:t>
            </w:r>
            <w:r w:rsidR="000306E2">
              <w:rPr>
                <w:b/>
                <w:bCs/>
              </w:rPr>
              <w:t xml:space="preserve"> (2-3 pm)</w:t>
            </w:r>
          </w:p>
        </w:tc>
      </w:tr>
    </w:tbl>
    <w:p w14:paraId="312CF895" w14:textId="77777777" w:rsidR="00036EC7" w:rsidRDefault="00036EC7" w:rsidP="00F12058">
      <w:pPr>
        <w:spacing w:before="100" w:after="0"/>
      </w:pPr>
    </w:p>
    <w:sectPr w:rsidR="00036EC7" w:rsidSect="00034616">
      <w:footerReference w:type="default" r:id="rId8"/>
      <w:pgSz w:w="12240" w:h="15840"/>
      <w:pgMar w:top="893" w:right="979" w:bottom="893" w:left="979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6B5AD" w14:textId="77777777" w:rsidR="00AB0615" w:rsidRDefault="00AB0615">
      <w:pPr>
        <w:spacing w:after="0" w:line="240" w:lineRule="auto"/>
      </w:pPr>
      <w:r>
        <w:separator/>
      </w:r>
    </w:p>
  </w:endnote>
  <w:endnote w:type="continuationSeparator" w:id="0">
    <w:p w14:paraId="21F9FA49" w14:textId="77777777" w:rsidR="00AB0615" w:rsidRDefault="00AB0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3F21" w14:textId="77777777" w:rsidR="003C7C92" w:rsidRDefault="00000000">
    <w:pPr>
      <w:pStyle w:val="Footer"/>
      <w:jc w:val="center"/>
    </w:pPr>
    <w:r>
      <w:rPr>
        <w:color w:val="666666"/>
        <w:sz w:val="16"/>
      </w:rPr>
      <w:t>Safety Committee Meeting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FA08C" w14:textId="77777777" w:rsidR="00AB0615" w:rsidRDefault="00AB0615">
      <w:pPr>
        <w:spacing w:after="0" w:line="240" w:lineRule="auto"/>
      </w:pPr>
      <w:r>
        <w:separator/>
      </w:r>
    </w:p>
  </w:footnote>
  <w:footnote w:type="continuationSeparator" w:id="0">
    <w:p w14:paraId="1AAADDCC" w14:textId="77777777" w:rsidR="00AB0615" w:rsidRDefault="00AB0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FF66AE"/>
    <w:multiLevelType w:val="hybridMultilevel"/>
    <w:tmpl w:val="F9CE0DC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B8E4022"/>
    <w:multiLevelType w:val="hybridMultilevel"/>
    <w:tmpl w:val="3F5E4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317A4"/>
    <w:multiLevelType w:val="hybridMultilevel"/>
    <w:tmpl w:val="E60291B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4127A70"/>
    <w:multiLevelType w:val="hybridMultilevel"/>
    <w:tmpl w:val="D9728AE8"/>
    <w:lvl w:ilvl="0" w:tplc="BDC6F40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A068E"/>
    <w:multiLevelType w:val="hybridMultilevel"/>
    <w:tmpl w:val="4756296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F742680"/>
    <w:multiLevelType w:val="hybridMultilevel"/>
    <w:tmpl w:val="B640241E"/>
    <w:lvl w:ilvl="0" w:tplc="FFA29EF6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86857"/>
    <w:multiLevelType w:val="hybridMultilevel"/>
    <w:tmpl w:val="5090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E6A22"/>
    <w:multiLevelType w:val="hybridMultilevel"/>
    <w:tmpl w:val="E97AA250"/>
    <w:lvl w:ilvl="0" w:tplc="44C21AC8">
      <w:start w:val="2026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AD1F39"/>
    <w:multiLevelType w:val="hybridMultilevel"/>
    <w:tmpl w:val="0582B74E"/>
    <w:lvl w:ilvl="0" w:tplc="8C4E03D2">
      <w:start w:val="2027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2233E"/>
    <w:multiLevelType w:val="hybridMultilevel"/>
    <w:tmpl w:val="72BC0A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72305"/>
    <w:multiLevelType w:val="hybridMultilevel"/>
    <w:tmpl w:val="6554D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43DB6"/>
    <w:multiLevelType w:val="hybridMultilevel"/>
    <w:tmpl w:val="70BE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D1779"/>
    <w:multiLevelType w:val="hybridMultilevel"/>
    <w:tmpl w:val="750CE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16B08"/>
    <w:multiLevelType w:val="hybridMultilevel"/>
    <w:tmpl w:val="C00E7954"/>
    <w:lvl w:ilvl="0" w:tplc="F9C8EF2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253159">
    <w:abstractNumId w:val="8"/>
  </w:num>
  <w:num w:numId="2" w16cid:durableId="2015259006">
    <w:abstractNumId w:val="6"/>
  </w:num>
  <w:num w:numId="3" w16cid:durableId="372385810">
    <w:abstractNumId w:val="5"/>
  </w:num>
  <w:num w:numId="4" w16cid:durableId="1217472626">
    <w:abstractNumId w:val="4"/>
  </w:num>
  <w:num w:numId="5" w16cid:durableId="2080132492">
    <w:abstractNumId w:val="7"/>
  </w:num>
  <w:num w:numId="6" w16cid:durableId="461651355">
    <w:abstractNumId w:val="3"/>
  </w:num>
  <w:num w:numId="7" w16cid:durableId="1110197672">
    <w:abstractNumId w:val="2"/>
  </w:num>
  <w:num w:numId="8" w16cid:durableId="326980286">
    <w:abstractNumId w:val="1"/>
  </w:num>
  <w:num w:numId="9" w16cid:durableId="959720697">
    <w:abstractNumId w:val="0"/>
  </w:num>
  <w:num w:numId="10" w16cid:durableId="1560095674">
    <w:abstractNumId w:val="15"/>
  </w:num>
  <w:num w:numId="11" w16cid:durableId="1026563619">
    <w:abstractNumId w:val="20"/>
  </w:num>
  <w:num w:numId="12" w16cid:durableId="749155895">
    <w:abstractNumId w:val="10"/>
  </w:num>
  <w:num w:numId="13" w16cid:durableId="351954277">
    <w:abstractNumId w:val="9"/>
  </w:num>
  <w:num w:numId="14" w16cid:durableId="1032147847">
    <w:abstractNumId w:val="13"/>
  </w:num>
  <w:num w:numId="15" w16cid:durableId="960575263">
    <w:abstractNumId w:val="21"/>
  </w:num>
  <w:num w:numId="16" w16cid:durableId="683748101">
    <w:abstractNumId w:val="11"/>
  </w:num>
  <w:num w:numId="17" w16cid:durableId="1715344617">
    <w:abstractNumId w:val="19"/>
  </w:num>
  <w:num w:numId="18" w16cid:durableId="1355302731">
    <w:abstractNumId w:val="17"/>
  </w:num>
  <w:num w:numId="19" w16cid:durableId="1175223013">
    <w:abstractNumId w:val="22"/>
  </w:num>
  <w:num w:numId="20" w16cid:durableId="1125126614">
    <w:abstractNumId w:val="14"/>
  </w:num>
  <w:num w:numId="21" w16cid:durableId="723715833">
    <w:abstractNumId w:val="16"/>
  </w:num>
  <w:num w:numId="22" w16cid:durableId="602110392">
    <w:abstractNumId w:val="12"/>
  </w:num>
  <w:num w:numId="23" w16cid:durableId="18246600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985"/>
    <w:rsid w:val="000306E2"/>
    <w:rsid w:val="00034616"/>
    <w:rsid w:val="00036EC7"/>
    <w:rsid w:val="0006063C"/>
    <w:rsid w:val="00126200"/>
    <w:rsid w:val="0015074B"/>
    <w:rsid w:val="001D2576"/>
    <w:rsid w:val="00244F32"/>
    <w:rsid w:val="0027039B"/>
    <w:rsid w:val="00273914"/>
    <w:rsid w:val="0029639D"/>
    <w:rsid w:val="002C684A"/>
    <w:rsid w:val="00322B18"/>
    <w:rsid w:val="00326F90"/>
    <w:rsid w:val="003C7C92"/>
    <w:rsid w:val="003E1406"/>
    <w:rsid w:val="0043473A"/>
    <w:rsid w:val="00465D8E"/>
    <w:rsid w:val="005104D2"/>
    <w:rsid w:val="00652FA6"/>
    <w:rsid w:val="00741672"/>
    <w:rsid w:val="007B1983"/>
    <w:rsid w:val="007C2B5E"/>
    <w:rsid w:val="007D46BD"/>
    <w:rsid w:val="00822DFD"/>
    <w:rsid w:val="0085266E"/>
    <w:rsid w:val="009264A1"/>
    <w:rsid w:val="00930DF2"/>
    <w:rsid w:val="00A03072"/>
    <w:rsid w:val="00AA1D8D"/>
    <w:rsid w:val="00AB0615"/>
    <w:rsid w:val="00B24E26"/>
    <w:rsid w:val="00B47730"/>
    <w:rsid w:val="00B81CC7"/>
    <w:rsid w:val="00BB1048"/>
    <w:rsid w:val="00C376BC"/>
    <w:rsid w:val="00C9450B"/>
    <w:rsid w:val="00CB0664"/>
    <w:rsid w:val="00D53F36"/>
    <w:rsid w:val="00DA6EA1"/>
    <w:rsid w:val="00DC1924"/>
    <w:rsid w:val="00E66AA6"/>
    <w:rsid w:val="00E760BE"/>
    <w:rsid w:val="00EF268D"/>
    <w:rsid w:val="00F12058"/>
    <w:rsid w:val="00F670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60707"/>
  <w14:defaultImageDpi w14:val="330"/>
  <w15:docId w15:val="{4388E59A-07FE-44DB-A91B-9420706C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3-Accent1">
    <w:name w:val="List Table 3 Accent 1"/>
    <w:basedOn w:val="TableNormal"/>
    <w:uiPriority w:val="48"/>
    <w:rsid w:val="00036EC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DeSalvio</cp:lastModifiedBy>
  <cp:revision>4</cp:revision>
  <cp:lastPrinted>2026-09-08T16:04:00Z</cp:lastPrinted>
  <dcterms:created xsi:type="dcterms:W3CDTF">2026-09-14T20:37:00Z</dcterms:created>
  <dcterms:modified xsi:type="dcterms:W3CDTF">2026-09-15T15:50:00Z</dcterms:modified>
  <cp:category/>
</cp:coreProperties>
</file>