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EAF9" w14:textId="722B4207" w:rsidR="003C7C92" w:rsidRDefault="007C2B5E">
      <w:pPr>
        <w:spacing w:after="40"/>
      </w:pPr>
      <w:r>
        <w:rPr>
          <w:b/>
          <w:color w:val="2E74B5"/>
        </w:rPr>
        <w:t>ART</w:t>
      </w:r>
      <w:r w:rsidR="0043473A">
        <w:rPr>
          <w:b/>
          <w:color w:val="2E74B5"/>
        </w:rPr>
        <w:t xml:space="preserve"> SAFETY COMMITTEE</w:t>
      </w:r>
    </w:p>
    <w:p w14:paraId="6FA941DF" w14:textId="4784EE9B" w:rsidR="003C7C92" w:rsidRDefault="0043473A">
      <w:pPr>
        <w:spacing w:after="140"/>
      </w:pPr>
      <w:r>
        <w:rPr>
          <w:b/>
          <w:color w:val="17365D"/>
          <w:sz w:val="48"/>
        </w:rPr>
        <w:t>2026 Q3 Meeting Agenda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3672"/>
        <w:gridCol w:w="936"/>
        <w:gridCol w:w="4104"/>
      </w:tblGrid>
      <w:tr w:rsidR="003C7C92" w14:paraId="5AD36CA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B510C0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Date: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F479134" w14:textId="55A4B620" w:rsidR="003C7C92" w:rsidRDefault="007C2B5E">
            <w:pPr>
              <w:spacing w:after="0"/>
            </w:pPr>
            <w:r>
              <w:rPr>
                <w:i/>
                <w:color w:val="666666"/>
                <w:sz w:val="19"/>
              </w:rPr>
              <w:t>09-08-2026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79A7338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Time: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432AF1" w14:textId="7E07951F" w:rsidR="003C7C92" w:rsidRDefault="0043473A">
            <w:pPr>
              <w:spacing w:after="0"/>
            </w:pPr>
            <w:r>
              <w:rPr>
                <w:i/>
                <w:color w:val="666666"/>
                <w:sz w:val="19"/>
              </w:rPr>
              <w:t>10:00 AM</w:t>
            </w:r>
          </w:p>
        </w:tc>
      </w:tr>
      <w:tr w:rsidR="003C7C92" w14:paraId="4B6E013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FBAA9D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Location: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00CD3D7A" w14:textId="1779D0CE" w:rsidR="003C7C92" w:rsidRDefault="007C2B5E">
            <w:pPr>
              <w:spacing w:after="0"/>
            </w:pPr>
            <w:r>
              <w:rPr>
                <w:i/>
                <w:color w:val="666666"/>
                <w:sz w:val="19"/>
              </w:rPr>
              <w:t>VA-208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5CBC2F4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Chair: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A6EE5AD" w14:textId="374C21F0" w:rsidR="003C7C92" w:rsidRDefault="0043473A">
            <w:pPr>
              <w:spacing w:after="0"/>
            </w:pPr>
            <w:r>
              <w:rPr>
                <w:i/>
                <w:color w:val="666666"/>
                <w:sz w:val="19"/>
              </w:rPr>
              <w:t>MICHAEL DESALVIO</w:t>
            </w:r>
          </w:p>
        </w:tc>
      </w:tr>
    </w:tbl>
    <w:p w14:paraId="30477E2D" w14:textId="101C52D4" w:rsidR="003C7C92" w:rsidRDefault="00273914">
      <w:pPr>
        <w:spacing w:after="140"/>
      </w:pPr>
      <w:r w:rsidRPr="00273914">
        <w:rPr>
          <w:i/>
          <w:iCs/>
        </w:rPr>
        <w:t>*Action items highlighted in red</w:t>
      </w:r>
      <w:r>
        <w:t>.</w:t>
      </w:r>
    </w:p>
    <w:tbl>
      <w:tblPr>
        <w:tblW w:w="10620" w:type="dxa"/>
        <w:tblBorders>
          <w:top w:val="single" w:sz="6" w:space="0" w:color="B7C9DA"/>
          <w:left w:val="single" w:sz="6" w:space="0" w:color="B7C9DA"/>
          <w:bottom w:val="single" w:sz="6" w:space="0" w:color="B7C9DA"/>
          <w:right w:val="single" w:sz="6" w:space="0" w:color="B7C9DA"/>
          <w:insideH w:val="single" w:sz="6" w:space="0" w:color="B7C9DA"/>
          <w:insideV w:val="single" w:sz="6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535"/>
        <w:gridCol w:w="6480"/>
      </w:tblGrid>
      <w:tr w:rsidR="003C7C92" w14:paraId="608A8C0C" w14:textId="77777777" w:rsidTr="007B1983">
        <w:trPr>
          <w:tblHeader/>
        </w:trPr>
        <w:tc>
          <w:tcPr>
            <w:tcW w:w="60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1C05BCA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353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8E2D40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AGENDA ITEM</w:t>
            </w:r>
          </w:p>
        </w:tc>
        <w:tc>
          <w:tcPr>
            <w:tcW w:w="6480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6AB40F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NOTES / DECISIONS / ACTIONS</w:t>
            </w:r>
          </w:p>
        </w:tc>
      </w:tr>
      <w:tr w:rsidR="003C7C92" w14:paraId="01D319C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B9814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60A70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Call to Order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7B35FE" w14:textId="7EBEC961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46834E6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1C715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F42E7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Roll Call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67355" w14:textId="306E0A68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Quorum Established:</w:t>
            </w:r>
          </w:p>
        </w:tc>
      </w:tr>
      <w:tr w:rsidR="003C7C92" w14:paraId="171D3AA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4C7E6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598A5" w14:textId="2C1C5599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Approval of Minutes — Ma</w:t>
            </w:r>
            <w:r w:rsidR="007C2B5E">
              <w:rPr>
                <w:color w:val="000000"/>
                <w:sz w:val="19"/>
              </w:rPr>
              <w:t>rch</w:t>
            </w:r>
            <w:r>
              <w:rPr>
                <w:color w:val="000000"/>
                <w:sz w:val="19"/>
              </w:rPr>
              <w:t xml:space="preserve"> </w:t>
            </w:r>
            <w:r w:rsidR="007C2B5E">
              <w:rPr>
                <w:color w:val="000000"/>
                <w:sz w:val="19"/>
              </w:rPr>
              <w:t>5</w:t>
            </w:r>
            <w:r w:rsidR="00273914">
              <w:rPr>
                <w:color w:val="000000"/>
                <w:sz w:val="19"/>
              </w:rPr>
              <w:t>, 2026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31D45" w14:textId="225978B2" w:rsidR="003C7C92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Motion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62A934E1" w14:textId="5D780686" w:rsidR="0043473A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Second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15CDE6D5" w14:textId="609F35EB" w:rsidR="0043473A" w:rsidRDefault="0043473A">
            <w:pPr>
              <w:spacing w:after="0"/>
            </w:pPr>
            <w:r w:rsidRPr="007B1983">
              <w:rPr>
                <w:b/>
                <w:bCs/>
                <w:color w:val="000000"/>
                <w:sz w:val="19"/>
              </w:rPr>
              <w:t>Vote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06DB8FB5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F876F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OLD BUSINESS</w:t>
            </w:r>
          </w:p>
        </w:tc>
      </w:tr>
      <w:tr w:rsidR="003C7C92" w14:paraId="6ACF760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4D930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CD664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Update on First Aid Kits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96689" w14:textId="093B9312" w:rsidR="00126200" w:rsidRDefault="00126200" w:rsidP="00B3460A">
            <w:pPr>
              <w:spacing w:after="0"/>
              <w:ind w:left="360"/>
            </w:pPr>
          </w:p>
        </w:tc>
      </w:tr>
      <w:tr w:rsidR="003C7C92" w14:paraId="651E8ACA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0BA39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5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4ECF5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AED Questions and Training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33B15" w14:textId="4D85C107" w:rsidR="00126200" w:rsidRDefault="00126200" w:rsidP="00B3460A">
            <w:pPr>
              <w:spacing w:after="0"/>
              <w:ind w:left="360"/>
            </w:pPr>
          </w:p>
        </w:tc>
      </w:tr>
      <w:tr w:rsidR="003C7C92" w14:paraId="011CC827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F5261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6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83BC3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General Training Topics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99097" w14:textId="195D0670" w:rsidR="007C2B5E" w:rsidRDefault="007C2B5E" w:rsidP="00B3460A">
            <w:pPr>
              <w:spacing w:after="0"/>
              <w:ind w:left="1080"/>
            </w:pPr>
          </w:p>
        </w:tc>
      </w:tr>
      <w:tr w:rsidR="003C7C92" w14:paraId="1DFE99B0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724BC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7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90C5B" w14:textId="7D729818" w:rsidR="003C7C92" w:rsidRDefault="007C2B5E">
            <w:pPr>
              <w:spacing w:after="0"/>
            </w:pPr>
            <w:r>
              <w:t>Art Safety Plan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ABA5A5" w14:textId="1F4AF8D2" w:rsidR="00B81CC7" w:rsidRDefault="00B81CC7" w:rsidP="00B3460A">
            <w:pPr>
              <w:spacing w:after="0"/>
              <w:ind w:left="360"/>
            </w:pPr>
          </w:p>
        </w:tc>
      </w:tr>
      <w:tr w:rsidR="003C7C92" w14:paraId="72A7DD66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ABA3F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NEW BUSINESS</w:t>
            </w:r>
          </w:p>
        </w:tc>
      </w:tr>
      <w:tr w:rsidR="00E66AA6" w14:paraId="0876667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0A184" w14:textId="414548EE" w:rsidR="00E66AA6" w:rsidRDefault="00E66AA6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8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F13113" w14:textId="0B9FFFB3" w:rsidR="00E66AA6" w:rsidRDefault="00E66AA6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Committee Changes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F483F0" w14:textId="1A384A83" w:rsidR="00E66AA6" w:rsidRDefault="00E66AA6" w:rsidP="00B3460A">
            <w:pPr>
              <w:spacing w:after="0"/>
              <w:ind w:left="420"/>
            </w:pPr>
          </w:p>
        </w:tc>
      </w:tr>
      <w:tr w:rsidR="003C7C92" w14:paraId="535C54E9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57C14" w14:textId="24EC0C1D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9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5E600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Industrial Ergonomics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58CED" w14:textId="7C8F3C3B" w:rsidR="003C7C92" w:rsidRDefault="003C7C92" w:rsidP="00B3460A">
            <w:pPr>
              <w:spacing w:after="0"/>
              <w:ind w:left="420"/>
            </w:pPr>
          </w:p>
        </w:tc>
      </w:tr>
      <w:tr w:rsidR="003C7C92" w14:paraId="556A58A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24F61" w14:textId="0147E028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10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C02D2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Batteries and Hazardous Waste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5102D" w14:textId="6ABB31EE" w:rsidR="00B24E26" w:rsidRDefault="00B24E26" w:rsidP="00B3460A">
            <w:pPr>
              <w:pStyle w:val="ListParagraph"/>
              <w:spacing w:after="0"/>
              <w:ind w:left="780"/>
            </w:pPr>
          </w:p>
        </w:tc>
      </w:tr>
      <w:tr w:rsidR="007C2B5E" w14:paraId="02D636F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E4A01" w14:textId="6A0CBD25" w:rsidR="007C2B5E" w:rsidRDefault="007C2B5E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1</w:t>
            </w:r>
            <w:r w:rsidR="00E66AA6"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9AA88" w14:textId="59E5DFD0" w:rsidR="007C2B5E" w:rsidRDefault="007C2B5E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Guest Lecturers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FF6A7" w14:textId="1E06AFED" w:rsidR="007C2B5E" w:rsidRDefault="007C2B5E" w:rsidP="00B3460A">
            <w:pPr>
              <w:spacing w:after="0"/>
              <w:ind w:left="420"/>
            </w:pPr>
          </w:p>
        </w:tc>
      </w:tr>
      <w:tr w:rsidR="00E66AA6" w14:paraId="0096DAE4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14B92F" w14:textId="5FB7337E" w:rsidR="00E66AA6" w:rsidRDefault="00E66AA6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12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12DB1" w14:textId="75D9496E" w:rsidR="00E66AA6" w:rsidRDefault="00E66AA6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Fire and Life Safety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2D58A" w14:textId="0197E0C2" w:rsidR="00E66AA6" w:rsidRDefault="00E66AA6" w:rsidP="00B3460A">
            <w:pPr>
              <w:spacing w:after="0"/>
              <w:ind w:left="420"/>
            </w:pPr>
          </w:p>
        </w:tc>
      </w:tr>
      <w:tr w:rsidR="003C7C92" w14:paraId="6E16485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8C5E1" w14:textId="2121C4BE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E66AA6"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2B31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Open Forum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1EAB8" w14:textId="573DCF14" w:rsidR="00DA6EA1" w:rsidRDefault="00DA6EA1" w:rsidP="007C2B5E">
            <w:pPr>
              <w:spacing w:after="0"/>
            </w:pPr>
          </w:p>
        </w:tc>
      </w:tr>
      <w:tr w:rsidR="003C7C92" w14:paraId="376B2B6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14375" w14:textId="450D0691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5DF68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Adjournment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874F1" w14:textId="6F710C95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</w:p>
        </w:tc>
      </w:tr>
    </w:tbl>
    <w:p w14:paraId="256DC154" w14:textId="77777777" w:rsidR="003C7C92" w:rsidRDefault="003C7C92">
      <w:pPr>
        <w:spacing w:after="0"/>
      </w:pPr>
    </w:p>
    <w:p w14:paraId="50886F65" w14:textId="560C8C3F" w:rsidR="00273914" w:rsidRDefault="00273914">
      <w:pPr>
        <w:spacing w:after="0"/>
      </w:pPr>
      <w:r w:rsidRPr="00036EC7">
        <w:rPr>
          <w:b/>
          <w:bCs/>
        </w:rPr>
        <w:t>Members Present</w:t>
      </w:r>
      <w:r>
        <w:t>:</w:t>
      </w:r>
    </w:p>
    <w:p w14:paraId="4449CB3F" w14:textId="77777777" w:rsidR="00036EC7" w:rsidRDefault="00036EC7">
      <w:pPr>
        <w:spacing w:before="100" w:after="0"/>
        <w:rPr>
          <w:b/>
          <w:color w:val="17365D"/>
          <w:sz w:val="18"/>
        </w:rPr>
      </w:pPr>
    </w:p>
    <w:p w14:paraId="7E9E66FD" w14:textId="5C2011FF" w:rsidR="003C7C92" w:rsidRDefault="00000000">
      <w:pPr>
        <w:spacing w:before="100" w:after="0"/>
        <w:rPr>
          <w:color w:val="666666"/>
          <w:sz w:val="18"/>
        </w:rPr>
      </w:pPr>
      <w:r>
        <w:rPr>
          <w:b/>
          <w:color w:val="17365D"/>
          <w:sz w:val="18"/>
        </w:rPr>
        <w:t xml:space="preserve">Next meeting: </w:t>
      </w:r>
      <w:r w:rsidR="007B1983">
        <w:rPr>
          <w:b/>
          <w:color w:val="17365D"/>
          <w:sz w:val="18"/>
        </w:rPr>
        <w:t xml:space="preserve">TBD </w:t>
      </w:r>
      <w:r w:rsidR="007C2B5E">
        <w:rPr>
          <w:color w:val="002060"/>
          <w:sz w:val="18"/>
        </w:rPr>
        <w:t>FEB</w:t>
      </w:r>
      <w:r w:rsidR="0043473A" w:rsidRPr="007B1983">
        <w:rPr>
          <w:color w:val="002060"/>
          <w:sz w:val="18"/>
        </w:rPr>
        <w:t xml:space="preserve"> 2027</w:t>
      </w:r>
      <w:r w:rsidR="0043473A" w:rsidRPr="007B1983">
        <w:rPr>
          <w:color w:val="002060"/>
          <w:sz w:val="18"/>
        </w:rPr>
        <w:tab/>
      </w:r>
      <w:r>
        <w:rPr>
          <w:color w:val="666666"/>
          <w:sz w:val="18"/>
        </w:rPr>
        <w:t xml:space="preserve">   </w:t>
      </w:r>
    </w:p>
    <w:p w14:paraId="4F4F1344" w14:textId="77777777" w:rsidR="00036EC7" w:rsidRDefault="00036EC7" w:rsidP="00036EC7">
      <w:pPr>
        <w:spacing w:before="100" w:after="0"/>
      </w:pP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5249"/>
        <w:gridCol w:w="5249"/>
      </w:tblGrid>
      <w:tr w:rsidR="00036EC7" w14:paraId="64A6F547" w14:textId="77777777" w:rsidTr="00036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49" w:type="dxa"/>
          </w:tcPr>
          <w:p w14:paraId="6B1A3E94" w14:textId="72E040FA" w:rsidR="00036EC7" w:rsidRPr="00036EC7" w:rsidRDefault="00036EC7" w:rsidP="00036EC7">
            <w:pPr>
              <w:spacing w:before="100" w:after="0"/>
              <w:ind w:left="360"/>
              <w:jc w:val="center"/>
            </w:pPr>
            <w:r>
              <w:t xml:space="preserve">2026 </w:t>
            </w:r>
            <w:r w:rsidRPr="00036EC7">
              <w:t>Meeting Summary</w:t>
            </w:r>
          </w:p>
        </w:tc>
        <w:tc>
          <w:tcPr>
            <w:tcW w:w="5249" w:type="dxa"/>
          </w:tcPr>
          <w:p w14:paraId="68DF96BE" w14:textId="17F144D7" w:rsidR="00036EC7" w:rsidRDefault="00036EC7" w:rsidP="00036EC7">
            <w:pPr>
              <w:spacing w:before="10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2027 Meeting Schedule (TBD)</w:t>
            </w:r>
          </w:p>
        </w:tc>
      </w:tr>
      <w:tr w:rsidR="00036EC7" w14:paraId="58570855" w14:textId="77777777" w:rsidTr="00036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58C171A4" w14:textId="75715C11" w:rsidR="00036EC7" w:rsidRDefault="00036EC7" w:rsidP="00036EC7">
            <w:pPr>
              <w:spacing w:before="100" w:after="0"/>
              <w:jc w:val="center"/>
            </w:pPr>
            <w:r>
              <w:t xml:space="preserve">Q1: March </w:t>
            </w:r>
            <w:r w:rsidR="007C2B5E">
              <w:t>5</w:t>
            </w:r>
            <w:r>
              <w:t>, 2026</w:t>
            </w:r>
          </w:p>
        </w:tc>
        <w:tc>
          <w:tcPr>
            <w:tcW w:w="5249" w:type="dxa"/>
          </w:tcPr>
          <w:p w14:paraId="10318F66" w14:textId="4560819F" w:rsidR="00036EC7" w:rsidRPr="00036EC7" w:rsidRDefault="00036EC7" w:rsidP="00036EC7">
            <w:pPr>
              <w:spacing w:before="10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 xml:space="preserve">Q1: </w:t>
            </w:r>
            <w:r w:rsidR="007C2B5E">
              <w:rPr>
                <w:b/>
                <w:bCs/>
              </w:rPr>
              <w:t>February 2027</w:t>
            </w:r>
          </w:p>
        </w:tc>
      </w:tr>
      <w:tr w:rsidR="00036EC7" w14:paraId="4AFEFA41" w14:textId="77777777" w:rsidTr="00036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1ACAB74D" w14:textId="45886040" w:rsidR="00036EC7" w:rsidRDefault="00036EC7" w:rsidP="00036EC7">
            <w:pPr>
              <w:spacing w:before="100" w:after="0"/>
              <w:jc w:val="center"/>
            </w:pPr>
            <w:r>
              <w:t>Q</w:t>
            </w:r>
            <w:r w:rsidR="007C2B5E">
              <w:t>2</w:t>
            </w:r>
            <w:r>
              <w:t>: September 1, 2026</w:t>
            </w:r>
          </w:p>
        </w:tc>
        <w:tc>
          <w:tcPr>
            <w:tcW w:w="5249" w:type="dxa"/>
          </w:tcPr>
          <w:p w14:paraId="6DE6D179" w14:textId="1AF7BEE0" w:rsidR="00036EC7" w:rsidRPr="00036EC7" w:rsidRDefault="00036EC7" w:rsidP="00036EC7">
            <w:pPr>
              <w:spacing w:before="10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>Q</w:t>
            </w:r>
            <w:r w:rsidR="007C2B5E">
              <w:rPr>
                <w:b/>
                <w:bCs/>
              </w:rPr>
              <w:t>2</w:t>
            </w:r>
            <w:r w:rsidRPr="00036EC7">
              <w:rPr>
                <w:b/>
                <w:bCs/>
              </w:rPr>
              <w:t>: October</w:t>
            </w:r>
            <w:r w:rsidR="007C2B5E">
              <w:rPr>
                <w:b/>
                <w:bCs/>
              </w:rPr>
              <w:t xml:space="preserve"> 2027</w:t>
            </w:r>
          </w:p>
        </w:tc>
      </w:tr>
    </w:tbl>
    <w:p w14:paraId="312CF895" w14:textId="77777777" w:rsidR="00036EC7" w:rsidRDefault="00036EC7" w:rsidP="00036EC7">
      <w:pPr>
        <w:spacing w:before="100" w:after="0"/>
        <w:jc w:val="center"/>
      </w:pPr>
    </w:p>
    <w:sectPr w:rsidR="00036EC7" w:rsidSect="00034616">
      <w:footerReference w:type="default" r:id="rId8"/>
      <w:pgSz w:w="12240" w:h="15840"/>
      <w:pgMar w:top="893" w:right="979" w:bottom="893" w:left="979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07A96" w14:textId="77777777" w:rsidR="005C6963" w:rsidRDefault="005C6963">
      <w:pPr>
        <w:spacing w:after="0" w:line="240" w:lineRule="auto"/>
      </w:pPr>
      <w:r>
        <w:separator/>
      </w:r>
    </w:p>
  </w:endnote>
  <w:endnote w:type="continuationSeparator" w:id="0">
    <w:p w14:paraId="3051C8C8" w14:textId="77777777" w:rsidR="005C6963" w:rsidRDefault="005C6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3F21" w14:textId="77777777" w:rsidR="003C7C92" w:rsidRDefault="00000000">
    <w:pPr>
      <w:pStyle w:val="Footer"/>
      <w:jc w:val="center"/>
    </w:pPr>
    <w:r>
      <w:rPr>
        <w:color w:val="666666"/>
        <w:sz w:val="16"/>
      </w:rPr>
      <w:t>Safety Committee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B50D" w14:textId="77777777" w:rsidR="005C6963" w:rsidRDefault="005C6963">
      <w:pPr>
        <w:spacing w:after="0" w:line="240" w:lineRule="auto"/>
      </w:pPr>
      <w:r>
        <w:separator/>
      </w:r>
    </w:p>
  </w:footnote>
  <w:footnote w:type="continuationSeparator" w:id="0">
    <w:p w14:paraId="58FACDA7" w14:textId="77777777" w:rsidR="005C6963" w:rsidRDefault="005C6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FF66AE"/>
    <w:multiLevelType w:val="hybridMultilevel"/>
    <w:tmpl w:val="F9CE0DC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B8E4022"/>
    <w:multiLevelType w:val="hybridMultilevel"/>
    <w:tmpl w:val="3F5E4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317A4"/>
    <w:multiLevelType w:val="hybridMultilevel"/>
    <w:tmpl w:val="AEBACB4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4127A70"/>
    <w:multiLevelType w:val="hybridMultilevel"/>
    <w:tmpl w:val="D9728AE8"/>
    <w:lvl w:ilvl="0" w:tplc="BDC6F40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A068E"/>
    <w:multiLevelType w:val="hybridMultilevel"/>
    <w:tmpl w:val="4756296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A73383F"/>
    <w:multiLevelType w:val="hybridMultilevel"/>
    <w:tmpl w:val="14182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42680"/>
    <w:multiLevelType w:val="hybridMultilevel"/>
    <w:tmpl w:val="B640241E"/>
    <w:lvl w:ilvl="0" w:tplc="FFA29EF6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86857"/>
    <w:multiLevelType w:val="hybridMultilevel"/>
    <w:tmpl w:val="5090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E6A22"/>
    <w:multiLevelType w:val="hybridMultilevel"/>
    <w:tmpl w:val="E97AA250"/>
    <w:lvl w:ilvl="0" w:tplc="44C21AC8">
      <w:start w:val="2026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AD1F39"/>
    <w:multiLevelType w:val="hybridMultilevel"/>
    <w:tmpl w:val="0582B74E"/>
    <w:lvl w:ilvl="0" w:tplc="8C4E03D2">
      <w:start w:val="2027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72305"/>
    <w:multiLevelType w:val="hybridMultilevel"/>
    <w:tmpl w:val="6554D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43DB6"/>
    <w:multiLevelType w:val="hybridMultilevel"/>
    <w:tmpl w:val="70BE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D1779"/>
    <w:multiLevelType w:val="hybridMultilevel"/>
    <w:tmpl w:val="750CE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16B08"/>
    <w:multiLevelType w:val="hybridMultilevel"/>
    <w:tmpl w:val="C00E7954"/>
    <w:lvl w:ilvl="0" w:tplc="F9C8EF2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253159">
    <w:abstractNumId w:val="8"/>
  </w:num>
  <w:num w:numId="2" w16cid:durableId="2015259006">
    <w:abstractNumId w:val="6"/>
  </w:num>
  <w:num w:numId="3" w16cid:durableId="372385810">
    <w:abstractNumId w:val="5"/>
  </w:num>
  <w:num w:numId="4" w16cid:durableId="1217472626">
    <w:abstractNumId w:val="4"/>
  </w:num>
  <w:num w:numId="5" w16cid:durableId="2080132492">
    <w:abstractNumId w:val="7"/>
  </w:num>
  <w:num w:numId="6" w16cid:durableId="461651355">
    <w:abstractNumId w:val="3"/>
  </w:num>
  <w:num w:numId="7" w16cid:durableId="1110197672">
    <w:abstractNumId w:val="2"/>
  </w:num>
  <w:num w:numId="8" w16cid:durableId="326980286">
    <w:abstractNumId w:val="1"/>
  </w:num>
  <w:num w:numId="9" w16cid:durableId="959720697">
    <w:abstractNumId w:val="0"/>
  </w:num>
  <w:num w:numId="10" w16cid:durableId="1560095674">
    <w:abstractNumId w:val="16"/>
  </w:num>
  <w:num w:numId="11" w16cid:durableId="1026563619">
    <w:abstractNumId w:val="20"/>
  </w:num>
  <w:num w:numId="12" w16cid:durableId="749155895">
    <w:abstractNumId w:val="10"/>
  </w:num>
  <w:num w:numId="13" w16cid:durableId="351954277">
    <w:abstractNumId w:val="9"/>
  </w:num>
  <w:num w:numId="14" w16cid:durableId="1032147847">
    <w:abstractNumId w:val="13"/>
  </w:num>
  <w:num w:numId="15" w16cid:durableId="960575263">
    <w:abstractNumId w:val="21"/>
  </w:num>
  <w:num w:numId="16" w16cid:durableId="683748101">
    <w:abstractNumId w:val="11"/>
  </w:num>
  <w:num w:numId="17" w16cid:durableId="1715344617">
    <w:abstractNumId w:val="19"/>
  </w:num>
  <w:num w:numId="18" w16cid:durableId="1355302731">
    <w:abstractNumId w:val="18"/>
  </w:num>
  <w:num w:numId="19" w16cid:durableId="1175223013">
    <w:abstractNumId w:val="22"/>
  </w:num>
  <w:num w:numId="20" w16cid:durableId="1125126614">
    <w:abstractNumId w:val="15"/>
  </w:num>
  <w:num w:numId="21" w16cid:durableId="723715833">
    <w:abstractNumId w:val="17"/>
  </w:num>
  <w:num w:numId="22" w16cid:durableId="602110392">
    <w:abstractNumId w:val="12"/>
  </w:num>
  <w:num w:numId="23" w16cid:durableId="19361616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985"/>
    <w:rsid w:val="00034616"/>
    <w:rsid w:val="00036EC7"/>
    <w:rsid w:val="0004457E"/>
    <w:rsid w:val="0006063C"/>
    <w:rsid w:val="00126200"/>
    <w:rsid w:val="0015074B"/>
    <w:rsid w:val="0027039B"/>
    <w:rsid w:val="00273914"/>
    <w:rsid w:val="0029639D"/>
    <w:rsid w:val="00326F90"/>
    <w:rsid w:val="003C7C92"/>
    <w:rsid w:val="0043473A"/>
    <w:rsid w:val="005104D2"/>
    <w:rsid w:val="005C6963"/>
    <w:rsid w:val="007B1983"/>
    <w:rsid w:val="007C2B5E"/>
    <w:rsid w:val="007D46BD"/>
    <w:rsid w:val="00822DFD"/>
    <w:rsid w:val="00930DF2"/>
    <w:rsid w:val="00AA1D8D"/>
    <w:rsid w:val="00B24E26"/>
    <w:rsid w:val="00B3460A"/>
    <w:rsid w:val="00B47730"/>
    <w:rsid w:val="00B81CC7"/>
    <w:rsid w:val="00CB0664"/>
    <w:rsid w:val="00D53F36"/>
    <w:rsid w:val="00DA6EA1"/>
    <w:rsid w:val="00E66AA6"/>
    <w:rsid w:val="00EF268D"/>
    <w:rsid w:val="00F670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60707"/>
  <w14:defaultImageDpi w14:val="330"/>
  <w15:docId w15:val="{4388E59A-07FE-44DB-A91B-9420706C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3-Accent1">
    <w:name w:val="List Table 3 Accent 1"/>
    <w:basedOn w:val="TableNormal"/>
    <w:uiPriority w:val="48"/>
    <w:rsid w:val="00036EC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DeSalvio</cp:lastModifiedBy>
  <cp:revision>3</cp:revision>
  <cp:lastPrinted>2026-09-08T16:04:00Z</cp:lastPrinted>
  <dcterms:created xsi:type="dcterms:W3CDTF">2026-09-08T16:06:00Z</dcterms:created>
  <dcterms:modified xsi:type="dcterms:W3CDTF">2026-09-08T16:06:00Z</dcterms:modified>
  <cp:category/>
</cp:coreProperties>
</file>